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5C4228" w14:textId="77777777" w:rsidR="00883504" w:rsidRPr="00AE0040" w:rsidRDefault="00000000" w:rsidP="00AE0040">
      <w:pPr>
        <w:pStyle w:val="Titre"/>
        <w:pBdr>
          <w:top w:val="single" w:sz="4" w:space="1" w:color="auto"/>
          <w:left w:val="single" w:sz="4" w:space="4" w:color="auto"/>
          <w:bottom w:val="single" w:sz="4" w:space="1" w:color="auto"/>
          <w:right w:val="single" w:sz="4" w:space="4" w:color="auto"/>
        </w:pBdr>
        <w:shd w:val="clear" w:color="auto" w:fill="BFBFBF" w:themeFill="background1" w:themeFillShade="BF"/>
        <w:jc w:val="center"/>
        <w:rPr>
          <w:lang w:val="fr-FR"/>
        </w:rPr>
      </w:pPr>
      <w:r w:rsidRPr="00AE0040">
        <w:rPr>
          <w:lang w:val="fr-FR"/>
        </w:rPr>
        <w:t>Modèles de courriers propriétaires et bailleurs</w:t>
      </w:r>
    </w:p>
    <w:p w14:paraId="0C62DB97" w14:textId="77777777" w:rsidR="00883504" w:rsidRPr="00AE0040" w:rsidRDefault="00000000">
      <w:pPr>
        <w:jc w:val="center"/>
        <w:rPr>
          <w:lang w:val="fr-FR"/>
        </w:rPr>
      </w:pPr>
      <w:r w:rsidRPr="00AE0040">
        <w:rPr>
          <w:i/>
          <w:lang w:val="fr-FR"/>
        </w:rPr>
        <w:t>Dégradations, vitrines, vols, immeubles et indemnisation</w:t>
      </w:r>
    </w:p>
    <w:p w14:paraId="478EF6AA" w14:textId="77777777" w:rsidR="00883504" w:rsidRPr="00AE0040" w:rsidRDefault="00000000">
      <w:pPr>
        <w:rPr>
          <w:lang w:val="fr-FR"/>
        </w:rPr>
      </w:pPr>
      <w:r w:rsidRPr="00AE0040">
        <w:rPr>
          <w:lang w:val="fr-FR"/>
        </w:rPr>
        <w:t>Modèles à adapter aux faits établis, au bail, aux conditions générales, aux conditions particulières et à la chronologie d’assurance. Ils ne valent pas reconnaissance d’une garantie acquise.</w:t>
      </w:r>
    </w:p>
    <w:p w14:paraId="5299A42F" w14:textId="77777777" w:rsidR="00883504" w:rsidRPr="00AE0040" w:rsidRDefault="00000000">
      <w:pPr>
        <w:pStyle w:val="Titre1"/>
        <w:rPr>
          <w:lang w:val="fr-FR"/>
        </w:rPr>
      </w:pPr>
      <w:r w:rsidRPr="00AE0040">
        <w:rPr>
          <w:lang w:val="fr-FR"/>
        </w:rPr>
        <w:t>Sommaire</w:t>
      </w:r>
    </w:p>
    <w:p w14:paraId="6B3C8367" w14:textId="77777777" w:rsidR="00883504" w:rsidRPr="00AE0040" w:rsidRDefault="00000000">
      <w:pPr>
        <w:rPr>
          <w:lang w:val="fr-FR"/>
        </w:rPr>
      </w:pPr>
      <w:r w:rsidRPr="00AE0040">
        <w:rPr>
          <w:lang w:val="fr-FR"/>
        </w:rPr>
        <w:t>1. Déclaration de sinistre à l’assureur immeuble ou PNO</w:t>
      </w:r>
    </w:p>
    <w:p w14:paraId="0B89E894" w14:textId="77777777" w:rsidR="00883504" w:rsidRPr="00AE0040" w:rsidRDefault="00000000">
      <w:pPr>
        <w:rPr>
          <w:lang w:val="fr-FR"/>
        </w:rPr>
      </w:pPr>
      <w:r w:rsidRPr="00AE0040">
        <w:rPr>
          <w:lang w:val="fr-FR"/>
        </w:rPr>
        <w:t>2. Demande de prise en charge des mesures conservatoires</w:t>
      </w:r>
    </w:p>
    <w:p w14:paraId="44AC2771" w14:textId="77777777" w:rsidR="00883504" w:rsidRPr="00AE0040" w:rsidRDefault="00000000">
      <w:pPr>
        <w:rPr>
          <w:lang w:val="fr-FR"/>
        </w:rPr>
      </w:pPr>
      <w:r w:rsidRPr="00AE0040">
        <w:rPr>
          <w:lang w:val="fr-FR"/>
        </w:rPr>
        <w:t>3. Demande d’expertise contradictoire urgente</w:t>
      </w:r>
    </w:p>
    <w:p w14:paraId="1B72044D" w14:textId="77777777" w:rsidR="00883504" w:rsidRPr="00AE0040" w:rsidRDefault="00000000">
      <w:pPr>
        <w:rPr>
          <w:lang w:val="fr-FR"/>
        </w:rPr>
      </w:pPr>
      <w:r w:rsidRPr="00AE0040">
        <w:rPr>
          <w:lang w:val="fr-FR"/>
        </w:rPr>
        <w:t>4. Signalement au syndic et déclaration des dommages aux parties communes</w:t>
      </w:r>
    </w:p>
    <w:p w14:paraId="001BC72F" w14:textId="77777777" w:rsidR="00883504" w:rsidRPr="00AE0040" w:rsidRDefault="00000000">
      <w:pPr>
        <w:rPr>
          <w:lang w:val="fr-FR"/>
        </w:rPr>
      </w:pPr>
      <w:r w:rsidRPr="00AE0040">
        <w:rPr>
          <w:lang w:val="fr-FR"/>
        </w:rPr>
        <w:t>5. Lettre du bailleur au preneur pour sécuriser les lieux et préserver les preuves</w:t>
      </w:r>
    </w:p>
    <w:p w14:paraId="44B4F4F2" w14:textId="77777777" w:rsidR="00883504" w:rsidRPr="00AE0040" w:rsidRDefault="00000000">
      <w:pPr>
        <w:rPr>
          <w:lang w:val="fr-FR"/>
        </w:rPr>
      </w:pPr>
      <w:r w:rsidRPr="00AE0040">
        <w:rPr>
          <w:lang w:val="fr-FR"/>
        </w:rPr>
        <w:t>6. Demande d’indemnisation des dommages matériels et de la perte de loyers</w:t>
      </w:r>
    </w:p>
    <w:p w14:paraId="6D25BB75" w14:textId="77777777" w:rsidR="00883504" w:rsidRPr="00AE0040" w:rsidRDefault="00000000">
      <w:pPr>
        <w:rPr>
          <w:lang w:val="fr-FR"/>
        </w:rPr>
      </w:pPr>
      <w:r w:rsidRPr="00AE0040">
        <w:rPr>
          <w:lang w:val="fr-FR"/>
        </w:rPr>
        <w:t>7. Demande préalable d’indemnisation à l’État</w:t>
      </w:r>
    </w:p>
    <w:p w14:paraId="5B957409" w14:textId="77777777" w:rsidR="00883504" w:rsidRPr="00AE0040" w:rsidRDefault="00000000">
      <w:pPr>
        <w:rPr>
          <w:lang w:val="fr-FR"/>
        </w:rPr>
      </w:pPr>
      <w:r w:rsidRPr="00AE0040">
        <w:rPr>
          <w:lang w:val="fr-FR"/>
        </w:rPr>
        <w:t>8. Contestation d’un refus de garantie et demande de communication des clauses</w:t>
      </w:r>
    </w:p>
    <w:p w14:paraId="0F9152EA" w14:textId="77777777" w:rsidR="00883504" w:rsidRDefault="00000000">
      <w:pPr>
        <w:rPr>
          <w:lang w:val="fr-FR"/>
        </w:rPr>
      </w:pPr>
      <w:r w:rsidRPr="00AE0040">
        <w:rPr>
          <w:lang w:val="fr-FR"/>
        </w:rPr>
        <w:t>9. Mise en demeure de l’assureur de prendre position et de régler une provision</w:t>
      </w:r>
    </w:p>
    <w:p w14:paraId="6334D634" w14:textId="355FABFD" w:rsidR="00AE0040" w:rsidRDefault="00AE0040">
      <w:pPr>
        <w:spacing w:after="200"/>
        <w:rPr>
          <w:lang w:val="fr-FR"/>
        </w:rPr>
      </w:pPr>
      <w:r>
        <w:rPr>
          <w:lang w:val="fr-FR"/>
        </w:rPr>
        <w:br w:type="page"/>
      </w:r>
    </w:p>
    <w:p w14:paraId="3255D929" w14:textId="77777777" w:rsidR="00AE0040" w:rsidRPr="00AE0040" w:rsidRDefault="00AE0040">
      <w:pPr>
        <w:rPr>
          <w:lang w:val="fr-FR"/>
        </w:rPr>
      </w:pPr>
    </w:p>
    <w:p w14:paraId="5526A616" w14:textId="77777777" w:rsidR="00883504" w:rsidRPr="00AE0040" w:rsidRDefault="00000000" w:rsidP="00AE0040">
      <w:pPr>
        <w:pStyle w:val="Titre"/>
        <w:pBdr>
          <w:top w:val="single" w:sz="4" w:space="1" w:color="auto"/>
          <w:left w:val="single" w:sz="4" w:space="4" w:color="auto"/>
          <w:bottom w:val="single" w:sz="4" w:space="1" w:color="auto"/>
          <w:right w:val="single" w:sz="4" w:space="4" w:color="auto"/>
        </w:pBdr>
        <w:shd w:val="clear" w:color="auto" w:fill="BFBFBF" w:themeFill="background1" w:themeFillShade="BF"/>
        <w:jc w:val="center"/>
        <w:rPr>
          <w:lang w:val="fr-FR"/>
        </w:rPr>
      </w:pPr>
      <w:r w:rsidRPr="00AE0040">
        <w:rPr>
          <w:lang w:val="fr-FR"/>
        </w:rPr>
        <w:t>1. Déclaration de sinistre à l’assureur immeuble ou PNO</w:t>
      </w:r>
    </w:p>
    <w:p w14:paraId="46BE73FB" w14:textId="77777777" w:rsidR="00883504" w:rsidRPr="00AE0040" w:rsidRDefault="00000000">
      <w:pPr>
        <w:rPr>
          <w:lang w:val="fr-FR"/>
        </w:rPr>
      </w:pPr>
      <w:r w:rsidRPr="00AE0040">
        <w:rPr>
          <w:lang w:val="fr-FR"/>
        </w:rPr>
        <w:t>[Nom / dénomination sociale]</w:t>
      </w:r>
      <w:r w:rsidRPr="00AE0040">
        <w:rPr>
          <w:lang w:val="fr-FR"/>
        </w:rPr>
        <w:br/>
        <w:t>[Adresse]</w:t>
      </w:r>
      <w:r w:rsidRPr="00AE0040">
        <w:rPr>
          <w:lang w:val="fr-FR"/>
        </w:rPr>
        <w:br/>
        <w:t>[Téléphone] – [Courriel]</w:t>
      </w:r>
      <w:r w:rsidRPr="00AE0040">
        <w:rPr>
          <w:lang w:val="fr-FR"/>
        </w:rPr>
        <w:br/>
      </w:r>
      <w:r w:rsidRPr="00AE0040">
        <w:rPr>
          <w:lang w:val="fr-FR"/>
        </w:rPr>
        <w:br/>
        <w:t>N/Réf. : [●]</w:t>
      </w:r>
      <w:r w:rsidRPr="00AE0040">
        <w:rPr>
          <w:lang w:val="fr-FR"/>
        </w:rPr>
        <w:br/>
        <w:t>V/Réf. : [●]</w:t>
      </w:r>
      <w:r w:rsidRPr="00AE0040">
        <w:rPr>
          <w:lang w:val="fr-FR"/>
        </w:rPr>
        <w:br/>
        <w:t>Sinistre n° : [●]</w:t>
      </w:r>
      <w:r w:rsidRPr="00AE0040">
        <w:rPr>
          <w:lang w:val="fr-FR"/>
        </w:rPr>
        <w:br/>
        <w:t>Contrat d’assurance n° : [●]</w:t>
      </w:r>
      <w:r w:rsidRPr="00AE0040">
        <w:rPr>
          <w:lang w:val="fr-FR"/>
        </w:rPr>
        <w:br/>
        <w:t>Immeuble / local : [adresse complète]</w:t>
      </w:r>
      <w:r w:rsidRPr="00AE0040">
        <w:rPr>
          <w:lang w:val="fr-FR"/>
        </w:rPr>
        <w:br/>
      </w:r>
      <w:r w:rsidRPr="00AE0040">
        <w:rPr>
          <w:lang w:val="fr-FR"/>
        </w:rPr>
        <w:br/>
        <w:t>À l’attention du service sinistres de [ASSUREUR]</w:t>
      </w:r>
      <w:r w:rsidRPr="00AE0040">
        <w:rPr>
          <w:lang w:val="fr-FR"/>
        </w:rPr>
        <w:br/>
        <w:t>[Adresse / courriel]</w:t>
      </w:r>
    </w:p>
    <w:p w14:paraId="137443CC" w14:textId="77777777" w:rsidR="00883504" w:rsidRPr="00AE0040" w:rsidRDefault="00000000">
      <w:pPr>
        <w:rPr>
          <w:lang w:val="fr-FR"/>
        </w:rPr>
      </w:pPr>
      <w:r w:rsidRPr="00AE0040">
        <w:rPr>
          <w:b/>
          <w:lang w:val="fr-FR"/>
        </w:rPr>
        <w:t>Par LRAR et par courriel</w:t>
      </w:r>
    </w:p>
    <w:p w14:paraId="1955E2D4" w14:textId="0D19D7C6" w:rsidR="00883504" w:rsidRPr="00AE0040" w:rsidRDefault="00000000">
      <w:pPr>
        <w:rPr>
          <w:lang w:val="fr-FR"/>
        </w:rPr>
      </w:pPr>
      <w:r w:rsidRPr="00AE0040">
        <w:rPr>
          <w:b/>
          <w:lang w:val="fr-FR"/>
        </w:rPr>
        <w:t>Références textuelles et jurisprudentielles</w:t>
      </w:r>
      <w:r w:rsidR="00AE0040">
        <w:rPr>
          <w:b/>
          <w:lang w:val="fr-FR"/>
        </w:rPr>
        <w:t xml:space="preserve"> (</w:t>
      </w:r>
      <w:hyperlink r:id="rId6">
        <w:r w:rsidRPr="00AE0040">
          <w:rPr>
            <w:color w:val="0563C1"/>
            <w:u w:val="single"/>
            <w:lang w:val="fr-FR"/>
          </w:rPr>
          <w:t>Article L. 113-2, 4°, du code des assurances</w:t>
        </w:r>
      </w:hyperlink>
      <w:r w:rsidR="00AE0040" w:rsidRPr="00AE0040">
        <w:rPr>
          <w:lang w:val="fr-FR"/>
        </w:rPr>
        <w:t>,</w:t>
      </w:r>
      <w:r w:rsidR="00AE0040">
        <w:rPr>
          <w:lang w:val="fr-FR"/>
        </w:rPr>
        <w:t xml:space="preserve"> </w:t>
      </w:r>
      <w:hyperlink r:id="rId7">
        <w:r w:rsidRPr="00AE0040">
          <w:rPr>
            <w:color w:val="0563C1"/>
            <w:u w:val="single"/>
            <w:lang w:val="fr-FR"/>
          </w:rPr>
          <w:t>Article L. 12-11-1 du code des assurances</w:t>
        </w:r>
      </w:hyperlink>
      <w:r w:rsidR="00AE0040" w:rsidRPr="00AE0040">
        <w:rPr>
          <w:lang w:val="fr-FR"/>
        </w:rPr>
        <w:t>,</w:t>
      </w:r>
      <w:r w:rsidR="00AE0040">
        <w:rPr>
          <w:lang w:val="fr-FR"/>
        </w:rPr>
        <w:t xml:space="preserve"> </w:t>
      </w:r>
      <w:hyperlink r:id="rId8">
        <w:r w:rsidRPr="00AE0040">
          <w:rPr>
            <w:color w:val="0563C1"/>
            <w:u w:val="single"/>
            <w:lang w:val="fr-FR"/>
          </w:rPr>
          <w:t>Article L. 114-1 du code des assurances</w:t>
        </w:r>
      </w:hyperlink>
      <w:r w:rsidR="00AE0040" w:rsidRPr="00AE0040">
        <w:rPr>
          <w:lang w:val="fr-FR"/>
        </w:rPr>
        <w:t>)</w:t>
      </w:r>
    </w:p>
    <w:p w14:paraId="0EEB9C16" w14:textId="77777777" w:rsidR="00883504" w:rsidRPr="00AE0040" w:rsidRDefault="00883504">
      <w:pPr>
        <w:rPr>
          <w:lang w:val="fr-FR"/>
        </w:rPr>
      </w:pPr>
    </w:p>
    <w:p w14:paraId="7FCFACE3" w14:textId="77777777" w:rsidR="00883504" w:rsidRPr="00AE0040" w:rsidRDefault="00000000" w:rsidP="00AE0040">
      <w:pPr>
        <w:jc w:val="both"/>
        <w:rPr>
          <w:lang w:val="fr-FR"/>
        </w:rPr>
      </w:pPr>
      <w:r w:rsidRPr="00AE0040">
        <w:rPr>
          <w:lang w:val="fr-FR"/>
        </w:rPr>
        <w:t>Madame, Monsieur,</w:t>
      </w:r>
    </w:p>
    <w:p w14:paraId="5D2889CF" w14:textId="77777777" w:rsidR="00883504" w:rsidRPr="00AE0040" w:rsidRDefault="00000000" w:rsidP="00AE0040">
      <w:pPr>
        <w:jc w:val="both"/>
        <w:rPr>
          <w:lang w:val="fr-FR"/>
        </w:rPr>
      </w:pPr>
      <w:r w:rsidRPr="00AE0040">
        <w:rPr>
          <w:lang w:val="fr-FR"/>
        </w:rPr>
        <w:t>Je vous déclare le sinistre découvert le [date] affectant l’immeuble / le local commercial situé [adresse], dont je suis [propriétaire / bailleur]. Les dommages observés à ce stade sont les suivants : [vitrine, porte, rideau métallique, façade, parties communes, équipements, autres].</w:t>
      </w:r>
    </w:p>
    <w:p w14:paraId="773BA216" w14:textId="77777777" w:rsidR="00883504" w:rsidRPr="00AE0040" w:rsidRDefault="00000000" w:rsidP="00AE0040">
      <w:pPr>
        <w:jc w:val="both"/>
        <w:rPr>
          <w:lang w:val="fr-FR"/>
        </w:rPr>
      </w:pPr>
      <w:r w:rsidRPr="00AE0040">
        <w:rPr>
          <w:lang w:val="fr-FR"/>
        </w:rPr>
        <w:t>Les circonstances matériellement constatées sont les suivantes : [date, heure, lieu, faits]. Une plainte a été déposée le [date] sous la référence [●]. Les éléments disponibles ne permettent pas, à ce stade, d’imputer les faits à une personne déterminée.</w:t>
      </w:r>
    </w:p>
    <w:p w14:paraId="45C628AB" w14:textId="77777777" w:rsidR="00883504" w:rsidRPr="00AE0040" w:rsidRDefault="00000000" w:rsidP="00AE0040">
      <w:pPr>
        <w:jc w:val="both"/>
        <w:rPr>
          <w:lang w:val="fr-FR"/>
        </w:rPr>
      </w:pPr>
      <w:r w:rsidRPr="00AE0040">
        <w:rPr>
          <w:lang w:val="fr-FR"/>
        </w:rPr>
        <w:t>Afin d’éviter l’aggravation du dommage et de protéger les personnes et les biens, les mesures conservatoires suivantes ont été prises : [●]. Je joins les photographies, le récépissé de plainte, les premiers devis et l’inventaire provisoire.</w:t>
      </w:r>
    </w:p>
    <w:p w14:paraId="5E12F991" w14:textId="77777777" w:rsidR="00883504" w:rsidRPr="00AE0040" w:rsidRDefault="00000000" w:rsidP="00AE0040">
      <w:pPr>
        <w:jc w:val="both"/>
        <w:rPr>
          <w:lang w:val="fr-FR"/>
        </w:rPr>
      </w:pPr>
      <w:r w:rsidRPr="00AE0040">
        <w:rPr>
          <w:lang w:val="fr-FR"/>
        </w:rPr>
        <w:t>Je vous demande d’enregistrer cette déclaration, de me confirmer la référence du dossier, de m’indiquer les garanties susceptibles d’être examinées et de missionner un expert. Le chiffrage est provisoire ; je réserve expressément mes droits au titre des dommages matériels, frais annexes et, si elle est souscrite, de la garantie de perte de loyers.</w:t>
      </w:r>
    </w:p>
    <w:p w14:paraId="637385C5" w14:textId="61DFB520" w:rsidR="00AE0040" w:rsidRDefault="00000000" w:rsidP="00AE0040">
      <w:pPr>
        <w:jc w:val="both"/>
        <w:rPr>
          <w:lang w:val="fr-FR"/>
        </w:rPr>
      </w:pPr>
      <w:r w:rsidRPr="00AE0040">
        <w:rPr>
          <w:lang w:val="fr-FR"/>
        </w:rPr>
        <w:t>Je vous prie d’agréer, [Madame / Monsieur], l’expression de mes salutations distinguées.</w:t>
      </w:r>
      <w:r w:rsidRPr="00AE0040">
        <w:rPr>
          <w:lang w:val="fr-FR"/>
        </w:rPr>
        <w:br/>
      </w:r>
      <w:r w:rsidRPr="00AE0040">
        <w:rPr>
          <w:lang w:val="fr-FR"/>
        </w:rPr>
        <w:br/>
        <w:t>[Signature]</w:t>
      </w:r>
      <w:r w:rsidR="00AE0040">
        <w:rPr>
          <w:lang w:val="fr-FR"/>
        </w:rPr>
        <w:br w:type="page"/>
      </w:r>
    </w:p>
    <w:p w14:paraId="0C9F36ED" w14:textId="77777777" w:rsidR="00883504" w:rsidRPr="00AE0040" w:rsidRDefault="00883504">
      <w:pPr>
        <w:rPr>
          <w:lang w:val="fr-FR"/>
        </w:rPr>
      </w:pPr>
    </w:p>
    <w:p w14:paraId="40EF6145" w14:textId="3BFE4855" w:rsidR="00883504" w:rsidRPr="00AE0040" w:rsidRDefault="00000000" w:rsidP="00AE0040">
      <w:pPr>
        <w:pStyle w:val="Titre"/>
        <w:pBdr>
          <w:top w:val="single" w:sz="4" w:space="1" w:color="auto"/>
          <w:left w:val="single" w:sz="4" w:space="4" w:color="auto"/>
          <w:bottom w:val="single" w:sz="4" w:space="1" w:color="auto"/>
          <w:right w:val="single" w:sz="4" w:space="4" w:color="auto"/>
        </w:pBdr>
        <w:shd w:val="clear" w:color="auto" w:fill="BFBFBF" w:themeFill="background1" w:themeFillShade="BF"/>
        <w:jc w:val="center"/>
        <w:rPr>
          <w:lang w:val="fr-FR"/>
        </w:rPr>
      </w:pPr>
      <w:r w:rsidRPr="00AE0040">
        <w:rPr>
          <w:lang w:val="fr-FR"/>
        </w:rPr>
        <w:t>2. Demande de prise en charge des mesures conservatoires</w:t>
      </w:r>
      <w:r w:rsidR="00AE0040">
        <w:rPr>
          <w:lang w:val="fr-FR"/>
        </w:rPr>
        <w:t xml:space="preserve"> par l’assurance</w:t>
      </w:r>
    </w:p>
    <w:p w14:paraId="3A735EB2" w14:textId="77777777" w:rsidR="00883504" w:rsidRPr="00AE0040" w:rsidRDefault="00000000">
      <w:pPr>
        <w:rPr>
          <w:lang w:val="fr-FR"/>
        </w:rPr>
      </w:pPr>
      <w:r w:rsidRPr="00AE0040">
        <w:rPr>
          <w:lang w:val="fr-FR"/>
        </w:rPr>
        <w:t>[Nom / dénomination sociale]</w:t>
      </w:r>
      <w:r w:rsidRPr="00AE0040">
        <w:rPr>
          <w:lang w:val="fr-FR"/>
        </w:rPr>
        <w:br/>
        <w:t>[Adresse]</w:t>
      </w:r>
      <w:r w:rsidRPr="00AE0040">
        <w:rPr>
          <w:lang w:val="fr-FR"/>
        </w:rPr>
        <w:br/>
        <w:t>[Téléphone] – [Courriel]</w:t>
      </w:r>
      <w:r w:rsidRPr="00AE0040">
        <w:rPr>
          <w:lang w:val="fr-FR"/>
        </w:rPr>
        <w:br/>
      </w:r>
      <w:r w:rsidRPr="00AE0040">
        <w:rPr>
          <w:lang w:val="fr-FR"/>
        </w:rPr>
        <w:br/>
        <w:t>N/Réf. : [●]</w:t>
      </w:r>
      <w:r w:rsidRPr="00AE0040">
        <w:rPr>
          <w:lang w:val="fr-FR"/>
        </w:rPr>
        <w:br/>
        <w:t>V/Réf. : [●]</w:t>
      </w:r>
      <w:r w:rsidRPr="00AE0040">
        <w:rPr>
          <w:lang w:val="fr-FR"/>
        </w:rPr>
        <w:br/>
        <w:t>Sinistre n° : [●]</w:t>
      </w:r>
      <w:r w:rsidRPr="00AE0040">
        <w:rPr>
          <w:lang w:val="fr-FR"/>
        </w:rPr>
        <w:br/>
        <w:t>Contrat d’assurance n° : [●]</w:t>
      </w:r>
      <w:r w:rsidRPr="00AE0040">
        <w:rPr>
          <w:lang w:val="fr-FR"/>
        </w:rPr>
        <w:br/>
        <w:t>Immeuble / local : [adresse complète]</w:t>
      </w:r>
      <w:r w:rsidRPr="00AE0040">
        <w:rPr>
          <w:lang w:val="fr-FR"/>
        </w:rPr>
        <w:br/>
      </w:r>
      <w:r w:rsidRPr="00AE0040">
        <w:rPr>
          <w:lang w:val="fr-FR"/>
        </w:rPr>
        <w:br/>
        <w:t>À l’attention du gestionnaire du dossier sinistre [ASSUREUR]</w:t>
      </w:r>
      <w:r w:rsidRPr="00AE0040">
        <w:rPr>
          <w:lang w:val="fr-FR"/>
        </w:rPr>
        <w:br/>
        <w:t>[Adresse / courriel]</w:t>
      </w:r>
    </w:p>
    <w:p w14:paraId="7704A934" w14:textId="77777777" w:rsidR="00883504" w:rsidRPr="00AE0040" w:rsidRDefault="00000000">
      <w:pPr>
        <w:rPr>
          <w:lang w:val="fr-FR"/>
        </w:rPr>
      </w:pPr>
      <w:r w:rsidRPr="00AE0040">
        <w:rPr>
          <w:b/>
          <w:lang w:val="fr-FR"/>
        </w:rPr>
        <w:t>Par LRAR et par courriel</w:t>
      </w:r>
    </w:p>
    <w:p w14:paraId="794458F0" w14:textId="7A1AD9E1" w:rsidR="00883504" w:rsidRPr="00AE0040" w:rsidRDefault="00000000">
      <w:pPr>
        <w:rPr>
          <w:lang w:val="fr-FR"/>
        </w:rPr>
      </w:pPr>
      <w:r w:rsidRPr="00AE0040">
        <w:rPr>
          <w:b/>
          <w:lang w:val="fr-FR"/>
        </w:rPr>
        <w:t>Références textuelles et jurisprudentielles</w:t>
      </w:r>
      <w:r w:rsidR="00AE0040">
        <w:rPr>
          <w:b/>
          <w:lang w:val="fr-FR"/>
        </w:rPr>
        <w:t xml:space="preserve"> (</w:t>
      </w:r>
      <w:hyperlink r:id="rId9">
        <w:r w:rsidRPr="00AE0040">
          <w:rPr>
            <w:color w:val="0563C1"/>
            <w:u w:val="single"/>
            <w:lang w:val="fr-FR"/>
          </w:rPr>
          <w:t>Article L. 113-2, 4°, du code des assurances</w:t>
        </w:r>
      </w:hyperlink>
      <w:r w:rsidR="00AE0040" w:rsidRPr="00AE0040">
        <w:rPr>
          <w:lang w:val="fr-FR"/>
        </w:rPr>
        <w:t>,</w:t>
      </w:r>
      <w:r w:rsidR="00AE0040">
        <w:rPr>
          <w:lang w:val="fr-FR"/>
        </w:rPr>
        <w:t xml:space="preserve"> </w:t>
      </w:r>
      <w:hyperlink r:id="rId10">
        <w:r w:rsidRPr="00AE0040">
          <w:rPr>
            <w:color w:val="0563C1"/>
            <w:u w:val="single"/>
            <w:lang w:val="fr-FR"/>
          </w:rPr>
          <w:t>Article L. 12-11-1 du code des assurances</w:t>
        </w:r>
      </w:hyperlink>
      <w:r w:rsidR="00AE0040" w:rsidRPr="00AE0040">
        <w:rPr>
          <w:lang w:val="fr-FR"/>
        </w:rPr>
        <w:t>)</w:t>
      </w:r>
    </w:p>
    <w:p w14:paraId="4E14DA8F" w14:textId="77777777" w:rsidR="00883504" w:rsidRPr="00AE0040" w:rsidRDefault="00883504">
      <w:pPr>
        <w:rPr>
          <w:lang w:val="fr-FR"/>
        </w:rPr>
      </w:pPr>
    </w:p>
    <w:p w14:paraId="11119092" w14:textId="77777777" w:rsidR="00883504" w:rsidRPr="00AE0040" w:rsidRDefault="00000000" w:rsidP="00AE0040">
      <w:pPr>
        <w:jc w:val="both"/>
        <w:rPr>
          <w:lang w:val="fr-FR"/>
        </w:rPr>
      </w:pPr>
      <w:r w:rsidRPr="00AE0040">
        <w:rPr>
          <w:lang w:val="fr-FR"/>
        </w:rPr>
        <w:t>Madame, Monsieur,</w:t>
      </w:r>
    </w:p>
    <w:p w14:paraId="69E3E4BD" w14:textId="77777777" w:rsidR="00883504" w:rsidRPr="00AE0040" w:rsidRDefault="00000000" w:rsidP="00AE0040">
      <w:pPr>
        <w:jc w:val="both"/>
        <w:rPr>
          <w:lang w:val="fr-FR"/>
        </w:rPr>
      </w:pPr>
      <w:r w:rsidRPr="00AE0040">
        <w:rPr>
          <w:lang w:val="fr-FR"/>
        </w:rPr>
        <w:t>Les dommages affectant [le clos et le couvert / les accès / les parties communes] créent un risque immédiat de nouvelle intrusion, de dégradation ou d’accident. La sécurité impose [pose d’un panneau provisoire, fermeture, gardiennage, bâchage, mise hors tension, nettoyage sécurisé].</w:t>
      </w:r>
    </w:p>
    <w:p w14:paraId="66CB0D3C" w14:textId="77777777" w:rsidR="00883504" w:rsidRPr="00AE0040" w:rsidRDefault="00000000" w:rsidP="00AE0040">
      <w:pPr>
        <w:jc w:val="both"/>
        <w:rPr>
          <w:lang w:val="fr-FR"/>
        </w:rPr>
      </w:pPr>
      <w:r w:rsidRPr="00AE0040">
        <w:rPr>
          <w:lang w:val="fr-FR"/>
        </w:rPr>
        <w:t>Je vous transmets les devis et, le cas échéant, les factures d’intervention. Je sollicite votre accord de prise en charge rapide, sans préjudice de l’évaluation définitive du sinistre. À défaut de réponse compatible avec l’urgence, les travaux strictement indispensables seront engagés ; les justificatifs et éléments utiles à l’expertise seront conservés.</w:t>
      </w:r>
    </w:p>
    <w:p w14:paraId="16C7AA30" w14:textId="77777777" w:rsidR="00883504" w:rsidRPr="00AE0040" w:rsidRDefault="00000000" w:rsidP="00AE0040">
      <w:pPr>
        <w:jc w:val="both"/>
        <w:rPr>
          <w:lang w:val="fr-FR"/>
        </w:rPr>
      </w:pPr>
      <w:r w:rsidRPr="00AE0040">
        <w:rPr>
          <w:lang w:val="fr-FR"/>
        </w:rPr>
        <w:t>Cette démarche est conservatoire ; elle ne vaut ni abandon de recours, ni acceptation d’une limitation de garantie.</w:t>
      </w:r>
    </w:p>
    <w:p w14:paraId="04D8C2CA" w14:textId="77777777" w:rsidR="00883504" w:rsidRDefault="00000000" w:rsidP="00AE0040">
      <w:pPr>
        <w:jc w:val="both"/>
        <w:rPr>
          <w:lang w:val="fr-FR"/>
        </w:rPr>
      </w:pPr>
      <w:r w:rsidRPr="00AE0040">
        <w:rPr>
          <w:lang w:val="fr-FR"/>
        </w:rPr>
        <w:t>Je vous prie d’agréer, [Madame / Monsieur], l’expression de mes salutations distinguées.</w:t>
      </w:r>
      <w:r w:rsidRPr="00AE0040">
        <w:rPr>
          <w:lang w:val="fr-FR"/>
        </w:rPr>
        <w:br/>
      </w:r>
      <w:r w:rsidRPr="00AE0040">
        <w:rPr>
          <w:lang w:val="fr-FR"/>
        </w:rPr>
        <w:br/>
        <w:t>[Signature]</w:t>
      </w:r>
    </w:p>
    <w:p w14:paraId="7FE52A97" w14:textId="159FE981" w:rsidR="00AE0040" w:rsidRDefault="00AE0040">
      <w:pPr>
        <w:spacing w:after="200"/>
        <w:rPr>
          <w:lang w:val="fr-FR"/>
        </w:rPr>
      </w:pPr>
      <w:r>
        <w:rPr>
          <w:lang w:val="fr-FR"/>
        </w:rPr>
        <w:br w:type="page"/>
      </w:r>
    </w:p>
    <w:p w14:paraId="32CDBD13" w14:textId="77777777" w:rsidR="00AE0040" w:rsidRPr="00AE0040" w:rsidRDefault="00AE0040">
      <w:pPr>
        <w:rPr>
          <w:lang w:val="fr-FR"/>
        </w:rPr>
      </w:pPr>
    </w:p>
    <w:p w14:paraId="0AB58093" w14:textId="77777777" w:rsidR="00883504" w:rsidRPr="00AE0040" w:rsidRDefault="00000000" w:rsidP="00AE0040">
      <w:pPr>
        <w:pStyle w:val="Titre"/>
        <w:pBdr>
          <w:top w:val="single" w:sz="4" w:space="1" w:color="auto"/>
          <w:left w:val="single" w:sz="4" w:space="4" w:color="auto"/>
          <w:bottom w:val="single" w:sz="4" w:space="1" w:color="auto"/>
          <w:right w:val="single" w:sz="4" w:space="4" w:color="auto"/>
        </w:pBdr>
        <w:shd w:val="clear" w:color="auto" w:fill="BFBFBF" w:themeFill="background1" w:themeFillShade="BF"/>
        <w:jc w:val="center"/>
        <w:rPr>
          <w:lang w:val="fr-FR"/>
        </w:rPr>
      </w:pPr>
      <w:r w:rsidRPr="00AE0040">
        <w:rPr>
          <w:lang w:val="fr-FR"/>
        </w:rPr>
        <w:t>3. Demande d’expertise contradictoire urgente</w:t>
      </w:r>
    </w:p>
    <w:p w14:paraId="70123BED" w14:textId="77777777" w:rsidR="00883504" w:rsidRPr="00AE0040" w:rsidRDefault="00000000">
      <w:pPr>
        <w:rPr>
          <w:lang w:val="fr-FR"/>
        </w:rPr>
      </w:pPr>
      <w:r w:rsidRPr="00AE0040">
        <w:rPr>
          <w:lang w:val="fr-FR"/>
        </w:rPr>
        <w:t>[Nom / dénomination sociale]</w:t>
      </w:r>
      <w:r w:rsidRPr="00AE0040">
        <w:rPr>
          <w:lang w:val="fr-FR"/>
        </w:rPr>
        <w:br/>
        <w:t>[Adresse]</w:t>
      </w:r>
      <w:r w:rsidRPr="00AE0040">
        <w:rPr>
          <w:lang w:val="fr-FR"/>
        </w:rPr>
        <w:br/>
        <w:t>[Téléphone] – [Courriel]</w:t>
      </w:r>
      <w:r w:rsidRPr="00AE0040">
        <w:rPr>
          <w:lang w:val="fr-FR"/>
        </w:rPr>
        <w:br/>
      </w:r>
      <w:r w:rsidRPr="00AE0040">
        <w:rPr>
          <w:lang w:val="fr-FR"/>
        </w:rPr>
        <w:br/>
        <w:t>N/Réf. : [●]</w:t>
      </w:r>
      <w:r w:rsidRPr="00AE0040">
        <w:rPr>
          <w:lang w:val="fr-FR"/>
        </w:rPr>
        <w:br/>
        <w:t>V/Réf. : [●]</w:t>
      </w:r>
      <w:r w:rsidRPr="00AE0040">
        <w:rPr>
          <w:lang w:val="fr-FR"/>
        </w:rPr>
        <w:br/>
        <w:t>Sinistre n° : [●]</w:t>
      </w:r>
      <w:r w:rsidRPr="00AE0040">
        <w:rPr>
          <w:lang w:val="fr-FR"/>
        </w:rPr>
        <w:br/>
        <w:t>Contrat d’assurance n° : [●]</w:t>
      </w:r>
      <w:r w:rsidRPr="00AE0040">
        <w:rPr>
          <w:lang w:val="fr-FR"/>
        </w:rPr>
        <w:br/>
        <w:t>Immeuble / local : [adresse complète]</w:t>
      </w:r>
      <w:r w:rsidRPr="00AE0040">
        <w:rPr>
          <w:lang w:val="fr-FR"/>
        </w:rPr>
        <w:br/>
      </w:r>
      <w:r w:rsidRPr="00AE0040">
        <w:rPr>
          <w:lang w:val="fr-FR"/>
        </w:rPr>
        <w:br/>
        <w:t>À l’attention du service sinistres de [ASSUREUR]</w:t>
      </w:r>
      <w:r w:rsidRPr="00AE0040">
        <w:rPr>
          <w:lang w:val="fr-FR"/>
        </w:rPr>
        <w:br/>
        <w:t>Copie : [PRENEUR / SYNDIC / COURTIER]</w:t>
      </w:r>
    </w:p>
    <w:p w14:paraId="0691D99A" w14:textId="77777777" w:rsidR="00883504" w:rsidRPr="00AE0040" w:rsidRDefault="00000000">
      <w:pPr>
        <w:rPr>
          <w:lang w:val="fr-FR"/>
        </w:rPr>
      </w:pPr>
      <w:r w:rsidRPr="00AE0040">
        <w:rPr>
          <w:b/>
          <w:lang w:val="fr-FR"/>
        </w:rPr>
        <w:t>Par LRAR et par courriel</w:t>
      </w:r>
    </w:p>
    <w:p w14:paraId="3652AE8E" w14:textId="688F2FA1" w:rsidR="00883504" w:rsidRPr="00AE0040" w:rsidRDefault="00000000">
      <w:pPr>
        <w:rPr>
          <w:lang w:val="fr-FR"/>
        </w:rPr>
      </w:pPr>
      <w:r w:rsidRPr="00AE0040">
        <w:rPr>
          <w:b/>
          <w:lang w:val="fr-FR"/>
        </w:rPr>
        <w:t>Références textuelles et jurisprudentielles</w:t>
      </w:r>
      <w:r w:rsidR="00AE0040">
        <w:rPr>
          <w:b/>
          <w:lang w:val="fr-FR"/>
        </w:rPr>
        <w:t xml:space="preserve"> (</w:t>
      </w:r>
      <w:hyperlink r:id="rId11">
        <w:r w:rsidRPr="00AE0040">
          <w:rPr>
            <w:color w:val="0563C1"/>
            <w:u w:val="single"/>
            <w:lang w:val="fr-FR"/>
          </w:rPr>
          <w:t>Article L. 113-2, 4°, du code des assurances</w:t>
        </w:r>
      </w:hyperlink>
      <w:r w:rsidR="00AE0040" w:rsidRPr="00AE0040">
        <w:rPr>
          <w:lang w:val="fr-FR"/>
        </w:rPr>
        <w:t>,</w:t>
      </w:r>
      <w:r w:rsidR="00AE0040">
        <w:rPr>
          <w:lang w:val="fr-FR"/>
        </w:rPr>
        <w:t xml:space="preserve"> </w:t>
      </w:r>
      <w:hyperlink r:id="rId12">
        <w:r w:rsidRPr="00AE0040">
          <w:rPr>
            <w:color w:val="0563C1"/>
            <w:u w:val="single"/>
            <w:lang w:val="fr-FR"/>
          </w:rPr>
          <w:t>Articles 1719 et 1720 du code civil</w:t>
        </w:r>
      </w:hyperlink>
      <w:r w:rsidR="00AE0040" w:rsidRPr="00AE0040">
        <w:rPr>
          <w:lang w:val="fr-FR"/>
        </w:rPr>
        <w:t>)</w:t>
      </w:r>
    </w:p>
    <w:p w14:paraId="1CFF5C00" w14:textId="77777777" w:rsidR="00883504" w:rsidRPr="00AE0040" w:rsidRDefault="00883504">
      <w:pPr>
        <w:rPr>
          <w:lang w:val="fr-FR"/>
        </w:rPr>
      </w:pPr>
    </w:p>
    <w:p w14:paraId="0B791A62" w14:textId="77777777" w:rsidR="00883504" w:rsidRPr="00AE0040" w:rsidRDefault="00000000" w:rsidP="00AE0040">
      <w:pPr>
        <w:jc w:val="both"/>
        <w:rPr>
          <w:lang w:val="fr-FR"/>
        </w:rPr>
      </w:pPr>
      <w:r w:rsidRPr="00AE0040">
        <w:rPr>
          <w:lang w:val="fr-FR"/>
        </w:rPr>
        <w:t>Madame, Monsieur,</w:t>
      </w:r>
    </w:p>
    <w:p w14:paraId="3FF5E5C9" w14:textId="77777777" w:rsidR="00883504" w:rsidRPr="00AE0040" w:rsidRDefault="00000000" w:rsidP="00AE0040">
      <w:pPr>
        <w:jc w:val="both"/>
        <w:rPr>
          <w:lang w:val="fr-FR"/>
        </w:rPr>
      </w:pPr>
      <w:r w:rsidRPr="00AE0040">
        <w:rPr>
          <w:lang w:val="fr-FR"/>
        </w:rPr>
        <w:t>Les dommages déclarés empêchent ou compromettent [l’accès aux locaux / la sécurité / l’exploitation]. Je vous demande de désigner un expert dans les meilleurs délais et de communiquer ses coordonnées, la date proposée et l’étendue de sa mission.</w:t>
      </w:r>
    </w:p>
    <w:p w14:paraId="577D3519" w14:textId="77777777" w:rsidR="00883504" w:rsidRPr="00AE0040" w:rsidRDefault="00000000" w:rsidP="00AE0040">
      <w:pPr>
        <w:jc w:val="both"/>
        <w:rPr>
          <w:lang w:val="fr-FR"/>
        </w:rPr>
      </w:pPr>
      <w:r w:rsidRPr="00AE0040">
        <w:rPr>
          <w:lang w:val="fr-FR"/>
        </w:rPr>
        <w:t>Le preneur, le syndic et les assureurs intéressés seront conviés afin que les opérations soient contradictoires et compatibles avec la reprise rapide de l’activité. Je vous remercie de préciser les pièces attendues et les travaux qui peuvent être réalisés avant la visite.</w:t>
      </w:r>
    </w:p>
    <w:p w14:paraId="796ADB31" w14:textId="77777777" w:rsidR="00883504" w:rsidRPr="00AE0040" w:rsidRDefault="00000000" w:rsidP="00AE0040">
      <w:pPr>
        <w:jc w:val="both"/>
        <w:rPr>
          <w:lang w:val="fr-FR"/>
        </w:rPr>
      </w:pPr>
      <w:r w:rsidRPr="00AE0040">
        <w:rPr>
          <w:lang w:val="fr-FR"/>
        </w:rPr>
        <w:t>Les réparations non urgentes seront différées dans toute la mesure compatible avec la sécurité.</w:t>
      </w:r>
    </w:p>
    <w:p w14:paraId="1367E236" w14:textId="77777777" w:rsidR="00883504" w:rsidRDefault="00000000" w:rsidP="00AE0040">
      <w:pPr>
        <w:jc w:val="both"/>
        <w:rPr>
          <w:lang w:val="fr-FR"/>
        </w:rPr>
      </w:pPr>
      <w:r w:rsidRPr="00AE0040">
        <w:rPr>
          <w:lang w:val="fr-FR"/>
        </w:rPr>
        <w:t>Je vous prie d’agréer, [Madame / Monsieur], l’expression de mes salutations distinguées.</w:t>
      </w:r>
      <w:r w:rsidRPr="00AE0040">
        <w:rPr>
          <w:lang w:val="fr-FR"/>
        </w:rPr>
        <w:br/>
      </w:r>
      <w:r w:rsidRPr="00AE0040">
        <w:rPr>
          <w:lang w:val="fr-FR"/>
        </w:rPr>
        <w:br/>
        <w:t>[Signature]</w:t>
      </w:r>
    </w:p>
    <w:p w14:paraId="59C4FBFF" w14:textId="75045354" w:rsidR="00AE0040" w:rsidRDefault="00AE0040">
      <w:pPr>
        <w:spacing w:after="200"/>
        <w:rPr>
          <w:lang w:val="fr-FR"/>
        </w:rPr>
      </w:pPr>
      <w:r>
        <w:rPr>
          <w:lang w:val="fr-FR"/>
        </w:rPr>
        <w:br w:type="page"/>
      </w:r>
    </w:p>
    <w:p w14:paraId="41FDBAB9" w14:textId="77777777" w:rsidR="00AE0040" w:rsidRPr="00AE0040" w:rsidRDefault="00AE0040">
      <w:pPr>
        <w:rPr>
          <w:lang w:val="fr-FR"/>
        </w:rPr>
      </w:pPr>
    </w:p>
    <w:p w14:paraId="135DEB64" w14:textId="77777777" w:rsidR="00883504" w:rsidRPr="00AE0040" w:rsidRDefault="00000000" w:rsidP="00AE0040">
      <w:pPr>
        <w:pStyle w:val="Titre"/>
        <w:pBdr>
          <w:top w:val="single" w:sz="4" w:space="1" w:color="auto"/>
          <w:left w:val="single" w:sz="4" w:space="4" w:color="auto"/>
          <w:bottom w:val="single" w:sz="4" w:space="1" w:color="auto"/>
          <w:right w:val="single" w:sz="4" w:space="4" w:color="auto"/>
        </w:pBdr>
        <w:shd w:val="clear" w:color="auto" w:fill="BFBFBF" w:themeFill="background1" w:themeFillShade="BF"/>
        <w:jc w:val="center"/>
        <w:rPr>
          <w:lang w:val="fr-FR"/>
        </w:rPr>
      </w:pPr>
      <w:r w:rsidRPr="00AE0040">
        <w:rPr>
          <w:lang w:val="fr-FR"/>
        </w:rPr>
        <w:t>4. Signalement au syndic et déclaration des dommages aux parties communes</w:t>
      </w:r>
    </w:p>
    <w:p w14:paraId="151C1088" w14:textId="77777777" w:rsidR="00883504" w:rsidRPr="00AE0040" w:rsidRDefault="00000000">
      <w:pPr>
        <w:rPr>
          <w:lang w:val="fr-FR"/>
        </w:rPr>
      </w:pPr>
      <w:r w:rsidRPr="00AE0040">
        <w:rPr>
          <w:lang w:val="fr-FR"/>
        </w:rPr>
        <w:t>[Nom / dénomination sociale]</w:t>
      </w:r>
      <w:r w:rsidRPr="00AE0040">
        <w:rPr>
          <w:lang w:val="fr-FR"/>
        </w:rPr>
        <w:br/>
        <w:t>[Adresse]</w:t>
      </w:r>
      <w:r w:rsidRPr="00AE0040">
        <w:rPr>
          <w:lang w:val="fr-FR"/>
        </w:rPr>
        <w:br/>
        <w:t>[Téléphone] – [Courriel]</w:t>
      </w:r>
      <w:r w:rsidRPr="00AE0040">
        <w:rPr>
          <w:lang w:val="fr-FR"/>
        </w:rPr>
        <w:br/>
      </w:r>
      <w:r w:rsidRPr="00AE0040">
        <w:rPr>
          <w:lang w:val="fr-FR"/>
        </w:rPr>
        <w:br/>
        <w:t>N/Réf. : [●]</w:t>
      </w:r>
      <w:r w:rsidRPr="00AE0040">
        <w:rPr>
          <w:lang w:val="fr-FR"/>
        </w:rPr>
        <w:br/>
        <w:t>V/Réf. : [●]</w:t>
      </w:r>
      <w:r w:rsidRPr="00AE0040">
        <w:rPr>
          <w:lang w:val="fr-FR"/>
        </w:rPr>
        <w:br/>
        <w:t>Sinistre n° : [●]</w:t>
      </w:r>
      <w:r w:rsidRPr="00AE0040">
        <w:rPr>
          <w:lang w:val="fr-FR"/>
        </w:rPr>
        <w:br/>
        <w:t>Immeuble / local : [adresse complète]</w:t>
      </w:r>
      <w:r w:rsidRPr="00AE0040">
        <w:rPr>
          <w:lang w:val="fr-FR"/>
        </w:rPr>
        <w:br/>
      </w:r>
      <w:r w:rsidRPr="00AE0040">
        <w:rPr>
          <w:lang w:val="fr-FR"/>
        </w:rPr>
        <w:br/>
        <w:t>À [DÉNOMINATION DU SYNDIC]</w:t>
      </w:r>
      <w:r w:rsidRPr="00AE0040">
        <w:rPr>
          <w:lang w:val="fr-FR"/>
        </w:rPr>
        <w:br/>
        <w:t>À l’attention de [GESTIONNAIRE]</w:t>
      </w:r>
      <w:r w:rsidRPr="00AE0040">
        <w:rPr>
          <w:lang w:val="fr-FR"/>
        </w:rPr>
        <w:br/>
        <w:t>[Adresse / courriel]</w:t>
      </w:r>
    </w:p>
    <w:p w14:paraId="70B2E388" w14:textId="77777777" w:rsidR="00883504" w:rsidRPr="00AE0040" w:rsidRDefault="00000000">
      <w:pPr>
        <w:rPr>
          <w:lang w:val="fr-FR"/>
        </w:rPr>
      </w:pPr>
      <w:r w:rsidRPr="00AE0040">
        <w:rPr>
          <w:b/>
          <w:lang w:val="fr-FR"/>
        </w:rPr>
        <w:t>Par LRAR et par courriel</w:t>
      </w:r>
    </w:p>
    <w:p w14:paraId="52EFAA49" w14:textId="402F0551" w:rsidR="00883504" w:rsidRPr="00AE0040" w:rsidRDefault="00000000">
      <w:pPr>
        <w:rPr>
          <w:lang w:val="fr-FR"/>
        </w:rPr>
      </w:pPr>
      <w:r w:rsidRPr="00AE0040">
        <w:rPr>
          <w:b/>
          <w:lang w:val="fr-FR"/>
        </w:rPr>
        <w:t>Références textuelles et jurisprudentielles</w:t>
      </w:r>
      <w:r w:rsidR="00AE0040">
        <w:rPr>
          <w:b/>
          <w:lang w:val="fr-FR"/>
        </w:rPr>
        <w:t xml:space="preserve"> : </w:t>
      </w:r>
      <w:hyperlink r:id="rId13">
        <w:r w:rsidRPr="00AE0040">
          <w:rPr>
            <w:color w:val="0563C1"/>
            <w:u w:val="single"/>
            <w:lang w:val="fr-FR"/>
          </w:rPr>
          <w:t>Article L. 113-2, 4°, du code des assurances</w:t>
        </w:r>
      </w:hyperlink>
    </w:p>
    <w:p w14:paraId="4F64A05D" w14:textId="77777777" w:rsidR="00883504" w:rsidRPr="00AE0040" w:rsidRDefault="00883504">
      <w:pPr>
        <w:rPr>
          <w:lang w:val="fr-FR"/>
        </w:rPr>
      </w:pPr>
    </w:p>
    <w:p w14:paraId="6268F490" w14:textId="77777777" w:rsidR="00883504" w:rsidRPr="00AE0040" w:rsidRDefault="00000000" w:rsidP="00AE0040">
      <w:pPr>
        <w:jc w:val="both"/>
        <w:rPr>
          <w:lang w:val="fr-FR"/>
        </w:rPr>
      </w:pPr>
      <w:r w:rsidRPr="00AE0040">
        <w:rPr>
          <w:lang w:val="fr-FR"/>
        </w:rPr>
        <w:t>Madame, Monsieur,</w:t>
      </w:r>
    </w:p>
    <w:p w14:paraId="6F7B1DEA" w14:textId="77777777" w:rsidR="00883504" w:rsidRPr="00AE0040" w:rsidRDefault="00000000" w:rsidP="00AE0040">
      <w:pPr>
        <w:jc w:val="both"/>
        <w:rPr>
          <w:lang w:val="fr-FR"/>
        </w:rPr>
      </w:pPr>
      <w:r w:rsidRPr="00AE0040">
        <w:rPr>
          <w:lang w:val="fr-FR"/>
        </w:rPr>
        <w:t>Je vous informe que les éléments suivants de l’immeuble ont été endommagés le [date] : [porte d’entrée, hall, vitrage commun, système d’accès, façade, autre]. Leur qualification de partie commune ou privative doit être vérifiée au regard du règlement de copropriété et des constats.</w:t>
      </w:r>
    </w:p>
    <w:p w14:paraId="61377F89" w14:textId="77777777" w:rsidR="00883504" w:rsidRPr="00AE0040" w:rsidRDefault="00000000" w:rsidP="00AE0040">
      <w:pPr>
        <w:jc w:val="both"/>
        <w:rPr>
          <w:lang w:val="fr-FR"/>
        </w:rPr>
      </w:pPr>
      <w:r w:rsidRPr="00AE0040">
        <w:rPr>
          <w:lang w:val="fr-FR"/>
        </w:rPr>
        <w:t>Je vous demande de prendre sans délai les mesures de sécurité nécessaires et de déclarer le sinistre à l’assureur du syndicat pour les éléments relevant de sa garantie. Merci de me communiquer la référence de sinistre, les coordonnées de l’expert et toute décision concernant la remise en état.</w:t>
      </w:r>
    </w:p>
    <w:p w14:paraId="29248968" w14:textId="77777777" w:rsidR="00883504" w:rsidRPr="00AE0040" w:rsidRDefault="00000000" w:rsidP="00AE0040">
      <w:pPr>
        <w:jc w:val="both"/>
        <w:rPr>
          <w:lang w:val="fr-FR"/>
        </w:rPr>
      </w:pPr>
      <w:r w:rsidRPr="00AE0040">
        <w:rPr>
          <w:lang w:val="fr-FR"/>
        </w:rPr>
        <w:t>Je déclare parallèlement les dommages éventuellement privatifs à mon assureur. La présente ne vaut pas reconnaissance d’imputabilité ni de répartition définitive des coûts.</w:t>
      </w:r>
    </w:p>
    <w:p w14:paraId="79B81E10" w14:textId="77777777" w:rsidR="00883504" w:rsidRDefault="00000000" w:rsidP="00AE0040">
      <w:pPr>
        <w:jc w:val="both"/>
        <w:rPr>
          <w:lang w:val="fr-FR"/>
        </w:rPr>
      </w:pPr>
      <w:r w:rsidRPr="00AE0040">
        <w:rPr>
          <w:lang w:val="fr-FR"/>
        </w:rPr>
        <w:t>Je vous prie d’agréer, [Madame / Monsieur], l’expression de mes salutations distinguées.</w:t>
      </w:r>
      <w:r w:rsidRPr="00AE0040">
        <w:rPr>
          <w:lang w:val="fr-FR"/>
        </w:rPr>
        <w:br/>
      </w:r>
      <w:r w:rsidRPr="00AE0040">
        <w:rPr>
          <w:lang w:val="fr-FR"/>
        </w:rPr>
        <w:br/>
        <w:t>[Signature]</w:t>
      </w:r>
    </w:p>
    <w:p w14:paraId="7F40B947" w14:textId="7110CF07" w:rsidR="00AE0040" w:rsidRDefault="00AE0040">
      <w:pPr>
        <w:spacing w:after="200"/>
        <w:rPr>
          <w:lang w:val="fr-FR"/>
        </w:rPr>
      </w:pPr>
      <w:r>
        <w:rPr>
          <w:lang w:val="fr-FR"/>
        </w:rPr>
        <w:br w:type="page"/>
      </w:r>
    </w:p>
    <w:p w14:paraId="2766505D" w14:textId="77777777" w:rsidR="00883504" w:rsidRPr="00AE0040" w:rsidRDefault="00000000" w:rsidP="00AE0040">
      <w:pPr>
        <w:pStyle w:val="Titre"/>
        <w:pBdr>
          <w:top w:val="single" w:sz="4" w:space="1" w:color="auto"/>
          <w:left w:val="single" w:sz="4" w:space="4" w:color="auto"/>
          <w:bottom w:val="single" w:sz="4" w:space="1" w:color="auto"/>
          <w:right w:val="single" w:sz="4" w:space="4" w:color="auto"/>
        </w:pBdr>
        <w:shd w:val="clear" w:color="auto" w:fill="BFBFBF" w:themeFill="background1" w:themeFillShade="BF"/>
        <w:jc w:val="center"/>
        <w:rPr>
          <w:lang w:val="fr-FR"/>
        </w:rPr>
      </w:pPr>
      <w:r w:rsidRPr="00AE0040">
        <w:rPr>
          <w:lang w:val="fr-FR"/>
        </w:rPr>
        <w:lastRenderedPageBreak/>
        <w:t>5. Lettre du bailleur au preneur pour sécuriser les lieux et préserver les preuves</w:t>
      </w:r>
    </w:p>
    <w:p w14:paraId="1B25BFB4" w14:textId="77777777" w:rsidR="00883504" w:rsidRPr="00AE0040" w:rsidRDefault="00000000">
      <w:pPr>
        <w:rPr>
          <w:lang w:val="fr-FR"/>
        </w:rPr>
      </w:pPr>
      <w:r w:rsidRPr="00AE0040">
        <w:rPr>
          <w:lang w:val="fr-FR"/>
        </w:rPr>
        <w:t>[Nom / dénomination sociale]</w:t>
      </w:r>
      <w:r w:rsidRPr="00AE0040">
        <w:rPr>
          <w:lang w:val="fr-FR"/>
        </w:rPr>
        <w:br/>
        <w:t>[Adresse]</w:t>
      </w:r>
      <w:r w:rsidRPr="00AE0040">
        <w:rPr>
          <w:lang w:val="fr-FR"/>
        </w:rPr>
        <w:br/>
        <w:t>[Téléphone] – [Courriel]</w:t>
      </w:r>
      <w:r w:rsidRPr="00AE0040">
        <w:rPr>
          <w:lang w:val="fr-FR"/>
        </w:rPr>
        <w:br/>
      </w:r>
      <w:r w:rsidRPr="00AE0040">
        <w:rPr>
          <w:lang w:val="fr-FR"/>
        </w:rPr>
        <w:br/>
        <w:t>N/Réf. : [●]</w:t>
      </w:r>
      <w:r w:rsidRPr="00AE0040">
        <w:rPr>
          <w:lang w:val="fr-FR"/>
        </w:rPr>
        <w:br/>
        <w:t>V/Réf. : [●]</w:t>
      </w:r>
      <w:r w:rsidRPr="00AE0040">
        <w:rPr>
          <w:lang w:val="fr-FR"/>
        </w:rPr>
        <w:br/>
        <w:t>Sinistre n° : [●]</w:t>
      </w:r>
      <w:r w:rsidRPr="00AE0040">
        <w:rPr>
          <w:lang w:val="fr-FR"/>
        </w:rPr>
        <w:br/>
        <w:t>Immeuble / local : [adresse complète]</w:t>
      </w:r>
      <w:r w:rsidRPr="00AE0040">
        <w:rPr>
          <w:lang w:val="fr-FR"/>
        </w:rPr>
        <w:br/>
      </w:r>
      <w:r w:rsidRPr="00AE0040">
        <w:rPr>
          <w:lang w:val="fr-FR"/>
        </w:rPr>
        <w:br/>
        <w:t>À [DÉNOMINATION DU PRENEUR]</w:t>
      </w:r>
      <w:r w:rsidRPr="00AE0040">
        <w:rPr>
          <w:lang w:val="fr-FR"/>
        </w:rPr>
        <w:br/>
        <w:t>[Adresse des locaux / siège]</w:t>
      </w:r>
    </w:p>
    <w:p w14:paraId="12380D8C" w14:textId="77777777" w:rsidR="00883504" w:rsidRPr="00AE0040" w:rsidRDefault="00000000">
      <w:pPr>
        <w:rPr>
          <w:lang w:val="fr-FR"/>
        </w:rPr>
      </w:pPr>
      <w:r w:rsidRPr="00AE0040">
        <w:rPr>
          <w:b/>
          <w:lang w:val="fr-FR"/>
        </w:rPr>
        <w:t>Par LRAR et par courriel</w:t>
      </w:r>
    </w:p>
    <w:p w14:paraId="136744A7" w14:textId="0F397894" w:rsidR="00883504" w:rsidRPr="00AE0040" w:rsidRDefault="00000000">
      <w:pPr>
        <w:rPr>
          <w:lang w:val="fr-FR"/>
        </w:rPr>
      </w:pPr>
      <w:r w:rsidRPr="00AE0040">
        <w:rPr>
          <w:b/>
          <w:lang w:val="fr-FR"/>
        </w:rPr>
        <w:t>Références textuelles et jurisprudentielles</w:t>
      </w:r>
      <w:r w:rsidR="00AE0040">
        <w:rPr>
          <w:b/>
          <w:lang w:val="fr-FR"/>
        </w:rPr>
        <w:t xml:space="preserve"> (</w:t>
      </w:r>
      <w:hyperlink r:id="rId14">
        <w:r w:rsidRPr="00AE0040">
          <w:rPr>
            <w:color w:val="0563C1"/>
            <w:u w:val="single"/>
            <w:lang w:val="fr-FR"/>
          </w:rPr>
          <w:t>Articles 1719 et 1720 du code civil</w:t>
        </w:r>
      </w:hyperlink>
      <w:r w:rsidR="00AE0040" w:rsidRPr="00AE0040">
        <w:rPr>
          <w:lang w:val="fr-FR"/>
        </w:rPr>
        <w:t xml:space="preserve"> , </w:t>
      </w:r>
      <w:hyperlink r:id="rId15">
        <w:r w:rsidRPr="00AE0040">
          <w:rPr>
            <w:color w:val="0563C1"/>
            <w:u w:val="single"/>
            <w:lang w:val="fr-FR"/>
          </w:rPr>
          <w:t>Article L. 113-2, 4°, du code des assurances</w:t>
        </w:r>
      </w:hyperlink>
      <w:r w:rsidR="00AE0040" w:rsidRPr="00AE0040">
        <w:rPr>
          <w:lang w:val="fr-FR"/>
        </w:rPr>
        <w:t>)</w:t>
      </w:r>
    </w:p>
    <w:p w14:paraId="7BC1807F" w14:textId="77777777" w:rsidR="00883504" w:rsidRPr="00AE0040" w:rsidRDefault="00883504">
      <w:pPr>
        <w:rPr>
          <w:lang w:val="fr-FR"/>
        </w:rPr>
      </w:pPr>
    </w:p>
    <w:p w14:paraId="496B936E" w14:textId="77777777" w:rsidR="00883504" w:rsidRPr="00AE0040" w:rsidRDefault="00000000" w:rsidP="00AE0040">
      <w:pPr>
        <w:jc w:val="both"/>
        <w:rPr>
          <w:lang w:val="fr-FR"/>
        </w:rPr>
      </w:pPr>
      <w:r w:rsidRPr="00AE0040">
        <w:rPr>
          <w:lang w:val="fr-FR"/>
        </w:rPr>
        <w:t>Madame, Monsieur,</w:t>
      </w:r>
    </w:p>
    <w:p w14:paraId="07239354" w14:textId="77777777" w:rsidR="00AE0040" w:rsidRDefault="00AE0040" w:rsidP="00AE0040">
      <w:pPr>
        <w:jc w:val="both"/>
        <w:rPr>
          <w:lang w:val="fr-FR"/>
        </w:rPr>
      </w:pPr>
      <w:r>
        <w:rPr>
          <w:lang w:val="fr-FR"/>
        </w:rPr>
        <w:t xml:space="preserve">Suite aux événements survenus ayant affecté votre commerce, je tiens à vous assurer de notre solidarité dans cette période et épreuve que vous traversez. </w:t>
      </w:r>
    </w:p>
    <w:p w14:paraId="3F03B036" w14:textId="3296EE39" w:rsidR="00883504" w:rsidRPr="00AE0040" w:rsidRDefault="00AE0040" w:rsidP="00AE0040">
      <w:pPr>
        <w:jc w:val="both"/>
        <w:rPr>
          <w:lang w:val="fr-FR"/>
        </w:rPr>
      </w:pPr>
      <w:r>
        <w:rPr>
          <w:lang w:val="fr-FR"/>
        </w:rPr>
        <w:t>Afin de permettre la meilleure prise en charge possible et de préserver l’exploitation de votre activité, s’agissant des dommages</w:t>
      </w:r>
      <w:r w:rsidR="00000000" w:rsidRPr="00AE0040">
        <w:rPr>
          <w:lang w:val="fr-FR"/>
        </w:rPr>
        <w:t xml:space="preserve"> signalé affectant les locaux sis [adresse] : [description]</w:t>
      </w:r>
      <w:r>
        <w:rPr>
          <w:lang w:val="fr-FR"/>
        </w:rPr>
        <w:t>, je</w:t>
      </w:r>
      <w:r w:rsidR="00000000" w:rsidRPr="00AE0040">
        <w:rPr>
          <w:lang w:val="fr-FR"/>
        </w:rPr>
        <w:t xml:space="preserve"> vous demande de prendre sans délai les mesures raisonnables de protection des personnes, de me signaler tout risque et de me tenir informé de l’évolution de la situation.</w:t>
      </w:r>
    </w:p>
    <w:p w14:paraId="2D9DCB00" w14:textId="77777777" w:rsidR="00AE0040" w:rsidRDefault="00AE0040" w:rsidP="00AE0040">
      <w:pPr>
        <w:jc w:val="both"/>
        <w:rPr>
          <w:lang w:val="fr-FR"/>
        </w:rPr>
      </w:pPr>
      <w:r>
        <w:rPr>
          <w:lang w:val="fr-FR"/>
        </w:rPr>
        <w:t>Il est impératif</w:t>
      </w:r>
      <w:r w:rsidR="00000000" w:rsidRPr="00AE0040">
        <w:rPr>
          <w:lang w:val="fr-FR"/>
        </w:rPr>
        <w:t xml:space="preserve"> de conserver, sauf urgence de sécurité documentée, les éléments endommagés, les vidéos de surveillance, photographies, inventaires, factures et autres justificatifs utiles. </w:t>
      </w:r>
    </w:p>
    <w:p w14:paraId="0B8BEBE0" w14:textId="1981958B" w:rsidR="00883504" w:rsidRPr="00AE0040" w:rsidRDefault="00000000" w:rsidP="00AE0040">
      <w:pPr>
        <w:jc w:val="both"/>
        <w:rPr>
          <w:lang w:val="fr-FR"/>
        </w:rPr>
      </w:pPr>
      <w:r w:rsidRPr="00AE0040">
        <w:rPr>
          <w:lang w:val="fr-FR"/>
        </w:rPr>
        <w:t>Toute intervention définitive doit permettre l’expertise des dommages. Je vous demande également de déclarer le sinistre à votre assureur et de me communiquer sous [48 heures / 5 jours] la référence du dossier, les garanties invoquées et les coordonnées de l’expert.</w:t>
      </w:r>
    </w:p>
    <w:p w14:paraId="11E4A534" w14:textId="77777777" w:rsidR="00883504" w:rsidRPr="00AE0040" w:rsidRDefault="00000000" w:rsidP="00AE0040">
      <w:pPr>
        <w:jc w:val="both"/>
        <w:rPr>
          <w:lang w:val="fr-FR"/>
        </w:rPr>
      </w:pPr>
      <w:r w:rsidRPr="00AE0040">
        <w:rPr>
          <w:lang w:val="fr-FR"/>
        </w:rPr>
        <w:t>Je déclare parallèlement le sinistre à mon assureur. La présente ne vaut pas reconnaissance d’une responsabilité, ni renonciation à aucune stipulation du bail.</w:t>
      </w:r>
    </w:p>
    <w:p w14:paraId="6DE60D0E" w14:textId="51BB157E" w:rsidR="00AE0040" w:rsidRDefault="00000000" w:rsidP="00AE0040">
      <w:pPr>
        <w:jc w:val="both"/>
        <w:rPr>
          <w:lang w:val="fr-FR"/>
        </w:rPr>
      </w:pPr>
      <w:r w:rsidRPr="00AE0040">
        <w:rPr>
          <w:lang w:val="fr-FR"/>
        </w:rPr>
        <w:t>Je vous prie d’agréer, [Madame / Monsieur], l’expression de mes salutations distinguées.</w:t>
      </w:r>
      <w:r w:rsidRPr="00AE0040">
        <w:rPr>
          <w:lang w:val="fr-FR"/>
        </w:rPr>
        <w:br/>
      </w:r>
      <w:r w:rsidRPr="00AE0040">
        <w:rPr>
          <w:lang w:val="fr-FR"/>
        </w:rPr>
        <w:br/>
        <w:t>[Signature]</w:t>
      </w:r>
      <w:r w:rsidR="00AE0040">
        <w:rPr>
          <w:lang w:val="fr-FR"/>
        </w:rPr>
        <w:br w:type="page"/>
      </w:r>
    </w:p>
    <w:p w14:paraId="0E0D0F21" w14:textId="77777777" w:rsidR="00883504" w:rsidRPr="00AE0040" w:rsidRDefault="00883504" w:rsidP="00AE0040">
      <w:pPr>
        <w:jc w:val="both"/>
        <w:rPr>
          <w:lang w:val="fr-FR"/>
        </w:rPr>
      </w:pPr>
    </w:p>
    <w:p w14:paraId="71EA9711" w14:textId="65F98A43" w:rsidR="00883504" w:rsidRPr="00AE0040" w:rsidRDefault="00000000" w:rsidP="00AE0040">
      <w:pPr>
        <w:pStyle w:val="Titre"/>
        <w:pBdr>
          <w:top w:val="single" w:sz="4" w:space="1" w:color="auto"/>
          <w:left w:val="single" w:sz="4" w:space="4" w:color="auto"/>
          <w:bottom w:val="single" w:sz="4" w:space="1" w:color="auto"/>
          <w:right w:val="single" w:sz="4" w:space="4" w:color="auto"/>
        </w:pBdr>
        <w:shd w:val="clear" w:color="auto" w:fill="BFBFBF" w:themeFill="background1" w:themeFillShade="BF"/>
        <w:jc w:val="center"/>
        <w:rPr>
          <w:lang w:val="fr-FR"/>
        </w:rPr>
      </w:pPr>
      <w:r w:rsidRPr="00AE0040">
        <w:rPr>
          <w:lang w:val="fr-FR"/>
        </w:rPr>
        <w:t>6. Demande d’indemnisation des dommages matériels et de la perte de loyers</w:t>
      </w:r>
      <w:r w:rsidR="00AE0040">
        <w:rPr>
          <w:lang w:val="fr-FR"/>
        </w:rPr>
        <w:t xml:space="preserve"> auprès de l’assurance</w:t>
      </w:r>
    </w:p>
    <w:p w14:paraId="4FB26282" w14:textId="77777777" w:rsidR="00883504" w:rsidRPr="00AE0040" w:rsidRDefault="00000000">
      <w:pPr>
        <w:rPr>
          <w:lang w:val="fr-FR"/>
        </w:rPr>
      </w:pPr>
      <w:r w:rsidRPr="00AE0040">
        <w:rPr>
          <w:lang w:val="fr-FR"/>
        </w:rPr>
        <w:t>[Nom / dénomination sociale]</w:t>
      </w:r>
      <w:r w:rsidRPr="00AE0040">
        <w:rPr>
          <w:lang w:val="fr-FR"/>
        </w:rPr>
        <w:br/>
        <w:t>[Adresse]</w:t>
      </w:r>
      <w:r w:rsidRPr="00AE0040">
        <w:rPr>
          <w:lang w:val="fr-FR"/>
        </w:rPr>
        <w:br/>
        <w:t>[Téléphone] – [Courriel]</w:t>
      </w:r>
      <w:r w:rsidRPr="00AE0040">
        <w:rPr>
          <w:lang w:val="fr-FR"/>
        </w:rPr>
        <w:br/>
      </w:r>
      <w:r w:rsidRPr="00AE0040">
        <w:rPr>
          <w:lang w:val="fr-FR"/>
        </w:rPr>
        <w:br/>
        <w:t>N/Réf. : [●]</w:t>
      </w:r>
      <w:r w:rsidRPr="00AE0040">
        <w:rPr>
          <w:lang w:val="fr-FR"/>
        </w:rPr>
        <w:br/>
        <w:t>V/Réf. : [●]</w:t>
      </w:r>
      <w:r w:rsidRPr="00AE0040">
        <w:rPr>
          <w:lang w:val="fr-FR"/>
        </w:rPr>
        <w:br/>
        <w:t>Sinistre n° : [●]</w:t>
      </w:r>
      <w:r w:rsidRPr="00AE0040">
        <w:rPr>
          <w:lang w:val="fr-FR"/>
        </w:rPr>
        <w:br/>
        <w:t>Contrat d’assurance n° : [●]</w:t>
      </w:r>
      <w:r w:rsidRPr="00AE0040">
        <w:rPr>
          <w:lang w:val="fr-FR"/>
        </w:rPr>
        <w:br/>
        <w:t>Immeuble / local : [adresse complète]</w:t>
      </w:r>
      <w:r w:rsidRPr="00AE0040">
        <w:rPr>
          <w:lang w:val="fr-FR"/>
        </w:rPr>
        <w:br/>
      </w:r>
      <w:r w:rsidRPr="00AE0040">
        <w:rPr>
          <w:lang w:val="fr-FR"/>
        </w:rPr>
        <w:br/>
        <w:t>À l’attention du service indemnisation de [ASSUREUR]</w:t>
      </w:r>
      <w:r w:rsidRPr="00AE0040">
        <w:rPr>
          <w:lang w:val="fr-FR"/>
        </w:rPr>
        <w:br/>
        <w:t>[Adresse / courriel]</w:t>
      </w:r>
    </w:p>
    <w:p w14:paraId="0979EE78" w14:textId="77777777" w:rsidR="00883504" w:rsidRPr="00AE0040" w:rsidRDefault="00000000">
      <w:pPr>
        <w:rPr>
          <w:lang w:val="fr-FR"/>
        </w:rPr>
      </w:pPr>
      <w:r w:rsidRPr="00AE0040">
        <w:rPr>
          <w:b/>
          <w:lang w:val="fr-FR"/>
        </w:rPr>
        <w:t>Par LRAR et par courriel</w:t>
      </w:r>
    </w:p>
    <w:p w14:paraId="3A2AAC7E" w14:textId="0BB919D0" w:rsidR="00883504" w:rsidRPr="00AE0040" w:rsidRDefault="00000000">
      <w:pPr>
        <w:rPr>
          <w:lang w:val="fr-FR"/>
        </w:rPr>
      </w:pPr>
      <w:r w:rsidRPr="00AE0040">
        <w:rPr>
          <w:b/>
          <w:lang w:val="fr-FR"/>
        </w:rPr>
        <w:t>Références textuelles et jurisprudentielles</w:t>
      </w:r>
      <w:r w:rsidR="00AE0040">
        <w:rPr>
          <w:b/>
          <w:lang w:val="fr-FR"/>
        </w:rPr>
        <w:t xml:space="preserve"> (</w:t>
      </w:r>
      <w:hyperlink r:id="rId16">
        <w:r w:rsidRPr="00AE0040">
          <w:rPr>
            <w:color w:val="0563C1"/>
            <w:u w:val="single"/>
            <w:lang w:val="fr-FR"/>
          </w:rPr>
          <w:t>Article L. 12-11-1 du code des assurances</w:t>
        </w:r>
      </w:hyperlink>
      <w:r w:rsidR="00AE0040" w:rsidRPr="00AE0040">
        <w:rPr>
          <w:lang w:val="fr-FR"/>
        </w:rPr>
        <w:t>,</w:t>
      </w:r>
      <w:r w:rsidR="00AE0040">
        <w:rPr>
          <w:lang w:val="fr-FR"/>
        </w:rPr>
        <w:t xml:space="preserve"> </w:t>
      </w:r>
      <w:hyperlink r:id="rId17">
        <w:r w:rsidRPr="00AE0040">
          <w:rPr>
            <w:color w:val="0563C1"/>
            <w:u w:val="single"/>
            <w:lang w:val="fr-FR"/>
          </w:rPr>
          <w:t>Article L. 112-4 du code des assurances</w:t>
        </w:r>
      </w:hyperlink>
      <w:r w:rsidR="00AE0040" w:rsidRPr="00AE0040">
        <w:rPr>
          <w:lang w:val="fr-FR"/>
        </w:rPr>
        <w:t>,</w:t>
      </w:r>
      <w:r w:rsidR="00AE0040">
        <w:rPr>
          <w:lang w:val="fr-FR"/>
        </w:rPr>
        <w:t xml:space="preserve"> </w:t>
      </w:r>
      <w:hyperlink r:id="rId18">
        <w:r w:rsidRPr="00AE0040">
          <w:rPr>
            <w:color w:val="0563C1"/>
            <w:u w:val="single"/>
            <w:lang w:val="fr-FR"/>
          </w:rPr>
          <w:t>Article L. 114-1 du code des assurances</w:t>
        </w:r>
      </w:hyperlink>
      <w:r w:rsidR="00AE0040" w:rsidRPr="00AE0040">
        <w:rPr>
          <w:lang w:val="fr-FR"/>
        </w:rPr>
        <w:t>,</w:t>
      </w:r>
      <w:r w:rsidR="00AE0040">
        <w:rPr>
          <w:lang w:val="fr-FR"/>
        </w:rPr>
        <w:t xml:space="preserve"> </w:t>
      </w:r>
      <w:hyperlink r:id="rId19">
        <w:r w:rsidRPr="00AE0040">
          <w:rPr>
            <w:color w:val="0563C1"/>
            <w:u w:val="single"/>
            <w:lang w:val="fr-FR"/>
          </w:rPr>
          <w:t>Cass. 2e civ., 14 janvier 2016, n° 14-29.763</w:t>
        </w:r>
      </w:hyperlink>
      <w:r w:rsidR="00AE0040" w:rsidRPr="00AE0040">
        <w:rPr>
          <w:lang w:val="fr-FR"/>
        </w:rPr>
        <w:t>)</w:t>
      </w:r>
    </w:p>
    <w:p w14:paraId="2AB9A16B" w14:textId="77777777" w:rsidR="00883504" w:rsidRPr="00AE0040" w:rsidRDefault="00883504">
      <w:pPr>
        <w:rPr>
          <w:lang w:val="fr-FR"/>
        </w:rPr>
      </w:pPr>
    </w:p>
    <w:p w14:paraId="2E7247BC" w14:textId="77777777" w:rsidR="00883504" w:rsidRDefault="00000000" w:rsidP="00F966E2">
      <w:pPr>
        <w:jc w:val="both"/>
        <w:rPr>
          <w:lang w:val="fr-FR"/>
        </w:rPr>
      </w:pPr>
      <w:r w:rsidRPr="00AE0040">
        <w:rPr>
          <w:lang w:val="fr-FR"/>
        </w:rPr>
        <w:t>Madame, Monsieur,</w:t>
      </w:r>
    </w:p>
    <w:p w14:paraId="7136C42C" w14:textId="12ACA5E3" w:rsidR="00883504" w:rsidRPr="00AE0040" w:rsidRDefault="00AE0040" w:rsidP="00F966E2">
      <w:pPr>
        <w:jc w:val="both"/>
        <w:rPr>
          <w:lang w:val="fr-FR"/>
        </w:rPr>
      </w:pPr>
      <w:r>
        <w:rPr>
          <w:lang w:val="fr-FR"/>
        </w:rPr>
        <w:t xml:space="preserve">En application des textes </w:t>
      </w:r>
      <w:r w:rsidR="00F966E2">
        <w:rPr>
          <w:lang w:val="fr-FR"/>
        </w:rPr>
        <w:t xml:space="preserve">visés </w:t>
      </w:r>
      <w:r>
        <w:rPr>
          <w:lang w:val="fr-FR"/>
        </w:rPr>
        <w:t>ci-dessus, v</w:t>
      </w:r>
      <w:r w:rsidR="00000000" w:rsidRPr="00AE0040">
        <w:rPr>
          <w:lang w:val="fr-FR"/>
        </w:rPr>
        <w:t>ous trouverez joint l’état estimatif actualisé des préjudices : [vitrine / menuiserie / fermeture / remise en état / gardiennage / déblaiement / honoraires d’expert / autres], pour un montant provisoire de [●] euros HT/TTC, justificatifs à l’appui.</w:t>
      </w:r>
    </w:p>
    <w:p w14:paraId="5D10B3C2" w14:textId="77777777" w:rsidR="00883504" w:rsidRPr="00AE0040" w:rsidRDefault="00000000" w:rsidP="00F966E2">
      <w:pPr>
        <w:jc w:val="both"/>
        <w:rPr>
          <w:lang w:val="fr-FR"/>
        </w:rPr>
      </w:pPr>
      <w:r w:rsidRPr="00AE0040">
        <w:rPr>
          <w:lang w:val="fr-FR"/>
        </w:rPr>
        <w:t>Je sollicite l’indemnisation des dommages matériels selon les garanties effectivement souscrites. Je sollicite également l’examen de la garantie de perte de loyers, dans la seule mesure où elle figure aux conditions particulières, pour la période du [●] au [●]. Je joins les éléments permettant de distinguer le loyer contractuel, les périodes d’impossibilité d’exploitation, les éventuelles sommes perçues et les mesures prises pour limiter le préjudice.</w:t>
      </w:r>
    </w:p>
    <w:p w14:paraId="64CD0958" w14:textId="77777777" w:rsidR="00883504" w:rsidRPr="00AE0040" w:rsidRDefault="00000000" w:rsidP="00F966E2">
      <w:pPr>
        <w:jc w:val="both"/>
        <w:rPr>
          <w:lang w:val="fr-FR"/>
        </w:rPr>
      </w:pPr>
      <w:r w:rsidRPr="00AE0040">
        <w:rPr>
          <w:lang w:val="fr-FR"/>
        </w:rPr>
        <w:t>Je vous remercie de m’indiquer, pour chaque poste discuté, la clause invoquée, le plafond, la franchise, la vétusté et le calcul retenu.</w:t>
      </w:r>
    </w:p>
    <w:p w14:paraId="57B8D6B8" w14:textId="0464A726" w:rsidR="00F966E2" w:rsidRDefault="00000000" w:rsidP="00F966E2">
      <w:pPr>
        <w:rPr>
          <w:lang w:val="fr-FR"/>
        </w:rPr>
      </w:pPr>
      <w:r w:rsidRPr="00AE0040">
        <w:rPr>
          <w:lang w:val="fr-FR"/>
        </w:rPr>
        <w:t>Je vous prie d’agréer, [Madame / Monsieur], l’expression de mes salutations distinguées.</w:t>
      </w:r>
      <w:r w:rsidRPr="00AE0040">
        <w:rPr>
          <w:lang w:val="fr-FR"/>
        </w:rPr>
        <w:br/>
      </w:r>
      <w:r w:rsidRPr="00AE0040">
        <w:rPr>
          <w:lang w:val="fr-FR"/>
        </w:rPr>
        <w:br/>
        <w:t>[Signature]</w:t>
      </w:r>
      <w:r w:rsidR="00F966E2">
        <w:rPr>
          <w:lang w:val="fr-FR"/>
        </w:rPr>
        <w:br w:type="page"/>
      </w:r>
    </w:p>
    <w:p w14:paraId="7952895D" w14:textId="77777777" w:rsidR="00F966E2" w:rsidRPr="00AE0040" w:rsidRDefault="00F966E2">
      <w:pPr>
        <w:rPr>
          <w:lang w:val="fr-FR"/>
        </w:rPr>
      </w:pPr>
    </w:p>
    <w:p w14:paraId="0DAF0054" w14:textId="77777777" w:rsidR="00883504" w:rsidRPr="00AE0040" w:rsidRDefault="00000000" w:rsidP="00F966E2">
      <w:pPr>
        <w:pStyle w:val="Titre"/>
        <w:pBdr>
          <w:top w:val="single" w:sz="4" w:space="1" w:color="auto"/>
          <w:left w:val="single" w:sz="4" w:space="4" w:color="auto"/>
          <w:bottom w:val="single" w:sz="4" w:space="1" w:color="auto"/>
          <w:right w:val="single" w:sz="4" w:space="4" w:color="auto"/>
        </w:pBdr>
        <w:shd w:val="clear" w:color="auto" w:fill="BFBFBF" w:themeFill="background1" w:themeFillShade="BF"/>
        <w:jc w:val="center"/>
        <w:rPr>
          <w:lang w:val="fr-FR"/>
        </w:rPr>
      </w:pPr>
      <w:r w:rsidRPr="00AE0040">
        <w:rPr>
          <w:lang w:val="fr-FR"/>
        </w:rPr>
        <w:t>7. Demande préalable d’indemnisation à l’État</w:t>
      </w:r>
    </w:p>
    <w:p w14:paraId="0DAC5FCD" w14:textId="77777777" w:rsidR="00883504" w:rsidRPr="00AE0040" w:rsidRDefault="00000000">
      <w:pPr>
        <w:rPr>
          <w:lang w:val="fr-FR"/>
        </w:rPr>
      </w:pPr>
      <w:r w:rsidRPr="00AE0040">
        <w:rPr>
          <w:lang w:val="fr-FR"/>
        </w:rPr>
        <w:t>[Nom / dénomination sociale]</w:t>
      </w:r>
      <w:r w:rsidRPr="00AE0040">
        <w:rPr>
          <w:lang w:val="fr-FR"/>
        </w:rPr>
        <w:br/>
        <w:t>[Adresse]</w:t>
      </w:r>
      <w:r w:rsidRPr="00AE0040">
        <w:rPr>
          <w:lang w:val="fr-FR"/>
        </w:rPr>
        <w:br/>
        <w:t>[Téléphone] – [Courriel]</w:t>
      </w:r>
      <w:r w:rsidRPr="00AE0040">
        <w:rPr>
          <w:lang w:val="fr-FR"/>
        </w:rPr>
        <w:br/>
      </w:r>
      <w:r w:rsidRPr="00AE0040">
        <w:rPr>
          <w:lang w:val="fr-FR"/>
        </w:rPr>
        <w:br/>
        <w:t>N/Réf. : [●]</w:t>
      </w:r>
      <w:r w:rsidRPr="00AE0040">
        <w:rPr>
          <w:lang w:val="fr-FR"/>
        </w:rPr>
        <w:br/>
        <w:t>V/Réf. : [●]</w:t>
      </w:r>
      <w:r w:rsidRPr="00AE0040">
        <w:rPr>
          <w:lang w:val="fr-FR"/>
        </w:rPr>
        <w:br/>
        <w:t>Sinistre n° : [●]</w:t>
      </w:r>
      <w:r w:rsidRPr="00AE0040">
        <w:rPr>
          <w:lang w:val="fr-FR"/>
        </w:rPr>
        <w:br/>
        <w:t>Immeuble / local : [adresse complète]</w:t>
      </w:r>
      <w:r w:rsidRPr="00AE0040">
        <w:rPr>
          <w:lang w:val="fr-FR"/>
        </w:rPr>
        <w:br/>
      </w:r>
      <w:r w:rsidRPr="00AE0040">
        <w:rPr>
          <w:lang w:val="fr-FR"/>
        </w:rPr>
        <w:br/>
        <w:t>À Madame / Monsieur le Préfet de [DÉPARTEMENT]</w:t>
      </w:r>
      <w:r w:rsidRPr="00AE0040">
        <w:rPr>
          <w:lang w:val="fr-FR"/>
        </w:rPr>
        <w:br/>
        <w:t>[Adresse de la préfecture]</w:t>
      </w:r>
    </w:p>
    <w:p w14:paraId="28E3E150" w14:textId="77777777" w:rsidR="00883504" w:rsidRPr="00AE0040" w:rsidRDefault="00000000">
      <w:pPr>
        <w:rPr>
          <w:lang w:val="fr-FR"/>
        </w:rPr>
      </w:pPr>
      <w:r w:rsidRPr="00AE0040">
        <w:rPr>
          <w:b/>
          <w:lang w:val="fr-FR"/>
        </w:rPr>
        <w:t>Par LRAR et par courriel</w:t>
      </w:r>
    </w:p>
    <w:p w14:paraId="3F510EFF" w14:textId="14E23EB0" w:rsidR="00883504" w:rsidRPr="00F966E2" w:rsidRDefault="00000000">
      <w:pPr>
        <w:rPr>
          <w:lang w:val="fr-FR"/>
        </w:rPr>
      </w:pPr>
      <w:r w:rsidRPr="00AE0040">
        <w:rPr>
          <w:b/>
          <w:lang w:val="fr-FR"/>
        </w:rPr>
        <w:t>Références textuelles et jurisprudentielles</w:t>
      </w:r>
      <w:r w:rsidR="00F966E2">
        <w:rPr>
          <w:b/>
          <w:lang w:val="fr-FR"/>
        </w:rPr>
        <w:t> : (</w:t>
      </w:r>
      <w:hyperlink r:id="rId20">
        <w:r w:rsidRPr="00AE0040">
          <w:rPr>
            <w:color w:val="0563C1"/>
            <w:u w:val="single"/>
            <w:lang w:val="fr-FR"/>
          </w:rPr>
          <w:t>Article L. 211-10 du code de la sécurité intérieure</w:t>
        </w:r>
      </w:hyperlink>
      <w:r w:rsidR="00F966E2" w:rsidRPr="00F966E2">
        <w:rPr>
          <w:lang w:val="fr-FR"/>
        </w:rPr>
        <w:t>,</w:t>
      </w:r>
      <w:r w:rsidR="00F966E2">
        <w:rPr>
          <w:lang w:val="fr-FR"/>
        </w:rPr>
        <w:t xml:space="preserve"> </w:t>
      </w:r>
      <w:hyperlink r:id="rId21">
        <w:r w:rsidRPr="00AE0040">
          <w:rPr>
            <w:color w:val="0563C1"/>
            <w:u w:val="single"/>
            <w:lang w:val="fr-FR"/>
          </w:rPr>
          <w:t>CAA Paris, 26 avril 2024, n° 22PA02072</w:t>
        </w:r>
      </w:hyperlink>
      <w:r w:rsidR="00F966E2" w:rsidRPr="00F966E2">
        <w:rPr>
          <w:lang w:val="fr-FR"/>
        </w:rPr>
        <w:t>,</w:t>
      </w:r>
      <w:r w:rsidR="00F966E2">
        <w:rPr>
          <w:lang w:val="fr-FR"/>
        </w:rPr>
        <w:t xml:space="preserve"> </w:t>
      </w:r>
      <w:hyperlink r:id="rId22">
        <w:r w:rsidRPr="00AE0040">
          <w:rPr>
            <w:color w:val="0563C1"/>
            <w:u w:val="single"/>
            <w:lang w:val="fr-FR"/>
          </w:rPr>
          <w:t>CE, 28 octobre 2022, n° 451659</w:t>
        </w:r>
      </w:hyperlink>
      <w:r w:rsidR="00F966E2" w:rsidRPr="00F966E2">
        <w:rPr>
          <w:lang w:val="fr-FR"/>
        </w:rPr>
        <w:t>,</w:t>
      </w:r>
      <w:r w:rsidR="00F966E2">
        <w:rPr>
          <w:lang w:val="fr-FR"/>
        </w:rPr>
        <w:t xml:space="preserve"> </w:t>
      </w:r>
      <w:hyperlink r:id="rId23">
        <w:r w:rsidRPr="00AE0040">
          <w:rPr>
            <w:color w:val="0563C1"/>
            <w:u w:val="single"/>
            <w:lang w:val="fr-FR"/>
          </w:rPr>
          <w:t>CE, 26 juin 2026, n° 504145</w:t>
        </w:r>
      </w:hyperlink>
      <w:r w:rsidR="00F966E2" w:rsidRPr="00F966E2">
        <w:rPr>
          <w:lang w:val="fr-FR"/>
        </w:rPr>
        <w:t>)</w:t>
      </w:r>
    </w:p>
    <w:p w14:paraId="12BAD456" w14:textId="77777777" w:rsidR="00883504" w:rsidRPr="00AE0040" w:rsidRDefault="00883504" w:rsidP="00F966E2">
      <w:pPr>
        <w:jc w:val="both"/>
        <w:rPr>
          <w:lang w:val="fr-FR"/>
        </w:rPr>
      </w:pPr>
    </w:p>
    <w:p w14:paraId="2470B40C" w14:textId="77777777" w:rsidR="00883504" w:rsidRPr="00AE0040" w:rsidRDefault="00000000" w:rsidP="00F966E2">
      <w:pPr>
        <w:jc w:val="both"/>
        <w:rPr>
          <w:lang w:val="fr-FR"/>
        </w:rPr>
      </w:pPr>
      <w:r w:rsidRPr="00AE0040">
        <w:rPr>
          <w:lang w:val="fr-FR"/>
        </w:rPr>
        <w:t>Madame la Préfète / Monsieur le Préfet,</w:t>
      </w:r>
    </w:p>
    <w:p w14:paraId="12B7EACE" w14:textId="77777777" w:rsidR="00883504" w:rsidRPr="00AE0040" w:rsidRDefault="00000000" w:rsidP="00F966E2">
      <w:pPr>
        <w:jc w:val="both"/>
        <w:rPr>
          <w:lang w:val="fr-FR"/>
        </w:rPr>
      </w:pPr>
      <w:r w:rsidRPr="00AE0040">
        <w:rPr>
          <w:lang w:val="fr-FR"/>
        </w:rPr>
        <w:t>Je sollicite, pour le compte de [identité], l’indemnisation des dommages subis le [date] dans l’immeuble / le local situé [adresse]. Cette demande est formée sous toutes réserves et sans double indemnisation avec les sommes versées par les assureurs.</w:t>
      </w:r>
    </w:p>
    <w:p w14:paraId="34B7AE63" w14:textId="77777777" w:rsidR="00883504" w:rsidRPr="00AE0040" w:rsidRDefault="00000000" w:rsidP="00F966E2">
      <w:pPr>
        <w:jc w:val="both"/>
        <w:rPr>
          <w:lang w:val="fr-FR"/>
        </w:rPr>
      </w:pPr>
      <w:r w:rsidRPr="00AE0040">
        <w:rPr>
          <w:lang w:val="fr-FR"/>
        </w:rPr>
        <w:t>Les pièces jointes établissent, selon l’état actuel de l’instruction : [les faits délictueux commis avec violence ou à force ouverte], [le lien géographique et temporel avec l’attroupement ou rassemblement], [la nature et le coût des dommages]. Sont notamment produits : plainte, photographies datées, constats, témoignages, vidéos disponibles, factures et devis.</w:t>
      </w:r>
    </w:p>
    <w:p w14:paraId="05A9E5BC" w14:textId="77777777" w:rsidR="00883504" w:rsidRPr="00AE0040" w:rsidRDefault="00000000" w:rsidP="00F966E2">
      <w:pPr>
        <w:jc w:val="both"/>
        <w:rPr>
          <w:lang w:val="fr-FR"/>
        </w:rPr>
      </w:pPr>
      <w:r w:rsidRPr="00AE0040">
        <w:rPr>
          <w:lang w:val="fr-FR"/>
        </w:rPr>
        <w:t>Au regard de ces éléments, je vous demande de reconnaître le droit à indemnisation sur le fondement de l’article L. 211-10 du code de la sécurité intérieure et de m’indiquer les pièces complémentaires nécessaires.</w:t>
      </w:r>
    </w:p>
    <w:p w14:paraId="61DF01A3" w14:textId="194D3232" w:rsidR="00F966E2" w:rsidRDefault="00000000" w:rsidP="00F966E2">
      <w:pPr>
        <w:jc w:val="both"/>
        <w:rPr>
          <w:lang w:val="fr-FR"/>
        </w:rPr>
      </w:pPr>
      <w:r w:rsidRPr="00AE0040">
        <w:rPr>
          <w:lang w:val="fr-FR"/>
        </w:rPr>
        <w:t>Je vous prie d’agréer, [Madame / Monsieur], l’expression de mes salutations distinguées.</w:t>
      </w:r>
      <w:r w:rsidRPr="00AE0040">
        <w:rPr>
          <w:lang w:val="fr-FR"/>
        </w:rPr>
        <w:br/>
      </w:r>
      <w:r w:rsidRPr="00AE0040">
        <w:rPr>
          <w:lang w:val="fr-FR"/>
        </w:rPr>
        <w:br/>
        <w:t>[Signature]</w:t>
      </w:r>
    </w:p>
    <w:p w14:paraId="418B5665" w14:textId="77777777" w:rsidR="00F966E2" w:rsidRDefault="00F966E2">
      <w:pPr>
        <w:spacing w:after="200"/>
        <w:rPr>
          <w:lang w:val="fr-FR"/>
        </w:rPr>
      </w:pPr>
      <w:r>
        <w:rPr>
          <w:lang w:val="fr-FR"/>
        </w:rPr>
        <w:br w:type="page"/>
      </w:r>
    </w:p>
    <w:p w14:paraId="6D2E039B" w14:textId="77777777" w:rsidR="00883504" w:rsidRPr="00AE0040" w:rsidRDefault="00883504" w:rsidP="00F966E2">
      <w:pPr>
        <w:jc w:val="both"/>
        <w:rPr>
          <w:lang w:val="fr-FR"/>
        </w:rPr>
      </w:pPr>
    </w:p>
    <w:p w14:paraId="434EA7BA" w14:textId="77777777" w:rsidR="00883504" w:rsidRPr="00AE0040" w:rsidRDefault="00000000" w:rsidP="00F966E2">
      <w:pPr>
        <w:pStyle w:val="Titre"/>
        <w:pBdr>
          <w:top w:val="single" w:sz="4" w:space="1" w:color="auto"/>
          <w:left w:val="single" w:sz="4" w:space="4" w:color="auto"/>
          <w:bottom w:val="single" w:sz="4" w:space="1" w:color="auto"/>
          <w:right w:val="single" w:sz="4" w:space="4" w:color="auto"/>
        </w:pBdr>
        <w:shd w:val="clear" w:color="auto" w:fill="BFBFBF" w:themeFill="background1" w:themeFillShade="BF"/>
        <w:jc w:val="center"/>
        <w:rPr>
          <w:lang w:val="fr-FR"/>
        </w:rPr>
      </w:pPr>
      <w:r w:rsidRPr="00AE0040">
        <w:rPr>
          <w:lang w:val="fr-FR"/>
        </w:rPr>
        <w:t>8. Contestation d’un refus de garantie et demande de communication des clauses</w:t>
      </w:r>
    </w:p>
    <w:p w14:paraId="3B85586C" w14:textId="77777777" w:rsidR="00883504" w:rsidRPr="00AE0040" w:rsidRDefault="00000000">
      <w:pPr>
        <w:rPr>
          <w:lang w:val="fr-FR"/>
        </w:rPr>
      </w:pPr>
      <w:r w:rsidRPr="00AE0040">
        <w:rPr>
          <w:lang w:val="fr-FR"/>
        </w:rPr>
        <w:t>[Nom / dénomination sociale]</w:t>
      </w:r>
      <w:r w:rsidRPr="00AE0040">
        <w:rPr>
          <w:lang w:val="fr-FR"/>
        </w:rPr>
        <w:br/>
        <w:t>[Adresse]</w:t>
      </w:r>
      <w:r w:rsidRPr="00AE0040">
        <w:rPr>
          <w:lang w:val="fr-FR"/>
        </w:rPr>
        <w:br/>
        <w:t>[Téléphone] – [Courriel]</w:t>
      </w:r>
      <w:r w:rsidRPr="00AE0040">
        <w:rPr>
          <w:lang w:val="fr-FR"/>
        </w:rPr>
        <w:br/>
      </w:r>
      <w:r w:rsidRPr="00AE0040">
        <w:rPr>
          <w:lang w:val="fr-FR"/>
        </w:rPr>
        <w:br/>
        <w:t>N/Réf. : [●]</w:t>
      </w:r>
      <w:r w:rsidRPr="00AE0040">
        <w:rPr>
          <w:lang w:val="fr-FR"/>
        </w:rPr>
        <w:br/>
        <w:t>V/Réf. : [●]</w:t>
      </w:r>
      <w:r w:rsidRPr="00AE0040">
        <w:rPr>
          <w:lang w:val="fr-FR"/>
        </w:rPr>
        <w:br/>
        <w:t>Sinistre n° : [●]</w:t>
      </w:r>
      <w:r w:rsidRPr="00AE0040">
        <w:rPr>
          <w:lang w:val="fr-FR"/>
        </w:rPr>
        <w:br/>
        <w:t>Contrat d’assurance n° : [●]</w:t>
      </w:r>
      <w:r w:rsidRPr="00AE0040">
        <w:rPr>
          <w:lang w:val="fr-FR"/>
        </w:rPr>
        <w:br/>
        <w:t>Immeuble / local : [adresse complète]</w:t>
      </w:r>
      <w:r w:rsidRPr="00AE0040">
        <w:rPr>
          <w:lang w:val="fr-FR"/>
        </w:rPr>
        <w:br/>
      </w:r>
      <w:r w:rsidRPr="00AE0040">
        <w:rPr>
          <w:lang w:val="fr-FR"/>
        </w:rPr>
        <w:br/>
        <w:t>À l’attention de la direction indemnisation de [ASSUREUR]</w:t>
      </w:r>
      <w:r w:rsidRPr="00AE0040">
        <w:rPr>
          <w:lang w:val="fr-FR"/>
        </w:rPr>
        <w:br/>
        <w:t>[Adresse / courriel]</w:t>
      </w:r>
    </w:p>
    <w:p w14:paraId="059DF683" w14:textId="77777777" w:rsidR="00883504" w:rsidRPr="00AE0040" w:rsidRDefault="00000000">
      <w:pPr>
        <w:rPr>
          <w:lang w:val="fr-FR"/>
        </w:rPr>
      </w:pPr>
      <w:r w:rsidRPr="00AE0040">
        <w:rPr>
          <w:b/>
          <w:lang w:val="fr-FR"/>
        </w:rPr>
        <w:t>Par LRAR et par courriel</w:t>
      </w:r>
    </w:p>
    <w:p w14:paraId="47040DC9" w14:textId="18F3B9B8" w:rsidR="00883504" w:rsidRPr="00F966E2" w:rsidRDefault="00000000">
      <w:pPr>
        <w:rPr>
          <w:lang w:val="fr-FR"/>
        </w:rPr>
      </w:pPr>
      <w:r w:rsidRPr="00AE0040">
        <w:rPr>
          <w:b/>
          <w:lang w:val="fr-FR"/>
        </w:rPr>
        <w:t>Références textuelles et jurisprudentielles</w:t>
      </w:r>
      <w:r w:rsidR="00F966E2">
        <w:rPr>
          <w:b/>
          <w:lang w:val="fr-FR"/>
        </w:rPr>
        <w:t xml:space="preserve"> (</w:t>
      </w:r>
      <w:hyperlink r:id="rId24">
        <w:r w:rsidRPr="00AE0040">
          <w:rPr>
            <w:color w:val="0563C1"/>
            <w:u w:val="single"/>
            <w:lang w:val="fr-FR"/>
          </w:rPr>
          <w:t>Article L. 112-4 du code des assurances</w:t>
        </w:r>
      </w:hyperlink>
      <w:r w:rsidR="00F966E2" w:rsidRPr="00F966E2">
        <w:rPr>
          <w:lang w:val="fr-FR"/>
        </w:rPr>
        <w:t>,</w:t>
      </w:r>
      <w:r w:rsidR="00F966E2">
        <w:rPr>
          <w:lang w:val="fr-FR"/>
        </w:rPr>
        <w:t xml:space="preserve"> </w:t>
      </w:r>
      <w:hyperlink r:id="rId25">
        <w:r w:rsidRPr="00AE0040">
          <w:rPr>
            <w:color w:val="0563C1"/>
            <w:u w:val="single"/>
            <w:lang w:val="fr-FR"/>
          </w:rPr>
          <w:t>Article L. 113-1 du code des assurances</w:t>
        </w:r>
      </w:hyperlink>
      <w:r w:rsidR="00F966E2" w:rsidRPr="00F966E2">
        <w:rPr>
          <w:lang w:val="fr-FR"/>
        </w:rPr>
        <w:t>,</w:t>
      </w:r>
      <w:r w:rsidR="00F966E2">
        <w:rPr>
          <w:lang w:val="fr-FR"/>
        </w:rPr>
        <w:t xml:space="preserve"> </w:t>
      </w:r>
      <w:hyperlink r:id="rId26">
        <w:r w:rsidRPr="00AE0040">
          <w:rPr>
            <w:color w:val="0563C1"/>
            <w:u w:val="single"/>
            <w:lang w:val="fr-FR"/>
          </w:rPr>
          <w:t>Article L. 114-1 du code des assurances</w:t>
        </w:r>
      </w:hyperlink>
      <w:r w:rsidR="00F966E2" w:rsidRPr="00F966E2">
        <w:rPr>
          <w:lang w:val="fr-FR"/>
        </w:rPr>
        <w:t>,</w:t>
      </w:r>
      <w:r w:rsidR="00F966E2">
        <w:rPr>
          <w:lang w:val="fr-FR"/>
        </w:rPr>
        <w:t xml:space="preserve"> </w:t>
      </w:r>
      <w:hyperlink r:id="rId27">
        <w:r w:rsidRPr="00AE0040">
          <w:rPr>
            <w:color w:val="0563C1"/>
            <w:u w:val="single"/>
            <w:lang w:val="fr-FR"/>
          </w:rPr>
          <w:t>Cass. 2e civ., 15 juin 2023, n° 21-20.538, publié au Bulletin</w:t>
        </w:r>
      </w:hyperlink>
      <w:r w:rsidR="00F966E2" w:rsidRPr="00F966E2">
        <w:rPr>
          <w:lang w:val="fr-FR"/>
        </w:rPr>
        <w:t>)</w:t>
      </w:r>
    </w:p>
    <w:p w14:paraId="0191BD54" w14:textId="77777777" w:rsidR="00883504" w:rsidRPr="00AE0040" w:rsidRDefault="00000000">
      <w:pPr>
        <w:rPr>
          <w:lang w:val="fr-FR"/>
        </w:rPr>
      </w:pPr>
      <w:r w:rsidRPr="00AE0040">
        <w:rPr>
          <w:lang w:val="fr-FR"/>
        </w:rPr>
        <w:t>La Cour de cassation impose au juge, lorsqu’une exclusion est invoquée, d’en contrôler les exigences d’opposabilité prévues par les articles L. 112-4 et L. 113-1 du code des assurances (Cass. 2e civ., 15 juin 2023, n° 21-20.538, publié au Bulletin).</w:t>
      </w:r>
    </w:p>
    <w:p w14:paraId="4F18E2CE" w14:textId="77777777" w:rsidR="00883504" w:rsidRPr="00AE0040" w:rsidRDefault="00883504">
      <w:pPr>
        <w:rPr>
          <w:lang w:val="fr-FR"/>
        </w:rPr>
      </w:pPr>
    </w:p>
    <w:p w14:paraId="08C1E7E2" w14:textId="77777777" w:rsidR="00883504" w:rsidRPr="00AE0040" w:rsidRDefault="00000000" w:rsidP="00F966E2">
      <w:pPr>
        <w:jc w:val="both"/>
        <w:rPr>
          <w:lang w:val="fr-FR"/>
        </w:rPr>
      </w:pPr>
      <w:r w:rsidRPr="00AE0040">
        <w:rPr>
          <w:lang w:val="fr-FR"/>
        </w:rPr>
        <w:t>Madame, Monsieur,</w:t>
      </w:r>
    </w:p>
    <w:p w14:paraId="11E98F63" w14:textId="77777777" w:rsidR="00883504" w:rsidRPr="00AE0040" w:rsidRDefault="00000000" w:rsidP="00F966E2">
      <w:pPr>
        <w:jc w:val="both"/>
        <w:rPr>
          <w:lang w:val="fr-FR"/>
        </w:rPr>
      </w:pPr>
      <w:r w:rsidRPr="00AE0040">
        <w:rPr>
          <w:lang w:val="fr-FR"/>
        </w:rPr>
        <w:t>Par courrier du [date], vous avez refusé ou limité la garantie du sinistre référencé [●]. Cette position ne permet pas d’identifier avec une précision suffisante la nature exacte du moyen invoqué : condition de garantie, exclusion, plafond, franchise ou déchéance.</w:t>
      </w:r>
    </w:p>
    <w:p w14:paraId="482E8AFA" w14:textId="77777777" w:rsidR="00883504" w:rsidRPr="00AE0040" w:rsidRDefault="00000000" w:rsidP="00F966E2">
      <w:pPr>
        <w:jc w:val="both"/>
        <w:rPr>
          <w:lang w:val="fr-FR"/>
        </w:rPr>
      </w:pPr>
      <w:r w:rsidRPr="00AE0040">
        <w:rPr>
          <w:lang w:val="fr-FR"/>
        </w:rPr>
        <w:t>Je conteste cette position, sans renonciation à aucun droit, et vous demande de communiquer la version complète des conditions générales, conditions particulières, avenants, intercalaires et notices que vous estimez opposables, ainsi que la preuve de leur remise. Je vous demande également d’indiquer la clause exacte, les faits matériellement retenus et le calcul de l’indemnité proposée ou refusée.</w:t>
      </w:r>
    </w:p>
    <w:p w14:paraId="3C9673A2" w14:textId="77777777" w:rsidR="00883504" w:rsidRPr="00AE0040" w:rsidRDefault="00000000" w:rsidP="00F966E2">
      <w:pPr>
        <w:jc w:val="both"/>
        <w:rPr>
          <w:lang w:val="fr-FR"/>
        </w:rPr>
      </w:pPr>
      <w:r w:rsidRPr="00AE0040">
        <w:rPr>
          <w:lang w:val="fr-FR"/>
        </w:rPr>
        <w:t>Je rappelle que les exclusions et déchéances sont soumises à des exigences d’opposabilité, et que toute action dérivant du contrat demeure enfermée dans la prescription légale.</w:t>
      </w:r>
    </w:p>
    <w:p w14:paraId="72DEED62" w14:textId="5598B00B" w:rsidR="00F966E2" w:rsidRDefault="00000000" w:rsidP="00F966E2">
      <w:pPr>
        <w:jc w:val="both"/>
        <w:rPr>
          <w:lang w:val="fr-FR"/>
        </w:rPr>
      </w:pPr>
      <w:r w:rsidRPr="00AE0040">
        <w:rPr>
          <w:lang w:val="fr-FR"/>
        </w:rPr>
        <w:lastRenderedPageBreak/>
        <w:t>Je vous prie d’agréer, [Madame / Monsieur], l’expression de mes salutations distinguées.</w:t>
      </w:r>
      <w:r w:rsidRPr="00AE0040">
        <w:rPr>
          <w:lang w:val="fr-FR"/>
        </w:rPr>
        <w:br/>
      </w:r>
      <w:r w:rsidRPr="00AE0040">
        <w:rPr>
          <w:lang w:val="fr-FR"/>
        </w:rPr>
        <w:br/>
        <w:t>[Signature]</w:t>
      </w:r>
    </w:p>
    <w:p w14:paraId="5DA66E90" w14:textId="77777777" w:rsidR="00F966E2" w:rsidRDefault="00F966E2">
      <w:pPr>
        <w:spacing w:after="200"/>
        <w:rPr>
          <w:lang w:val="fr-FR"/>
        </w:rPr>
      </w:pPr>
      <w:r>
        <w:rPr>
          <w:lang w:val="fr-FR"/>
        </w:rPr>
        <w:br w:type="page"/>
      </w:r>
    </w:p>
    <w:p w14:paraId="6D45B924" w14:textId="77777777" w:rsidR="00883504" w:rsidRPr="00AE0040" w:rsidRDefault="00000000" w:rsidP="00F966E2">
      <w:pPr>
        <w:pStyle w:val="Titre"/>
        <w:pBdr>
          <w:top w:val="single" w:sz="4" w:space="1" w:color="auto"/>
          <w:left w:val="single" w:sz="4" w:space="4" w:color="auto"/>
          <w:bottom w:val="single" w:sz="4" w:space="1" w:color="auto"/>
          <w:right w:val="single" w:sz="4" w:space="4" w:color="auto"/>
        </w:pBdr>
        <w:shd w:val="clear" w:color="auto" w:fill="BFBFBF" w:themeFill="background1" w:themeFillShade="BF"/>
        <w:jc w:val="center"/>
        <w:rPr>
          <w:lang w:val="fr-FR"/>
        </w:rPr>
      </w:pPr>
      <w:r w:rsidRPr="00AE0040">
        <w:rPr>
          <w:lang w:val="fr-FR"/>
        </w:rPr>
        <w:lastRenderedPageBreak/>
        <w:t>9. Mise en demeure de l’assureur de prendre position et de régler une provision</w:t>
      </w:r>
    </w:p>
    <w:p w14:paraId="26DC93B0" w14:textId="77777777" w:rsidR="00883504" w:rsidRPr="00AE0040" w:rsidRDefault="00000000">
      <w:pPr>
        <w:rPr>
          <w:lang w:val="fr-FR"/>
        </w:rPr>
      </w:pPr>
      <w:r w:rsidRPr="00AE0040">
        <w:rPr>
          <w:lang w:val="fr-FR"/>
        </w:rPr>
        <w:t>[Nom / dénomination sociale]</w:t>
      </w:r>
      <w:r w:rsidRPr="00AE0040">
        <w:rPr>
          <w:lang w:val="fr-FR"/>
        </w:rPr>
        <w:br/>
        <w:t>[Adresse]</w:t>
      </w:r>
      <w:r w:rsidRPr="00AE0040">
        <w:rPr>
          <w:lang w:val="fr-FR"/>
        </w:rPr>
        <w:br/>
        <w:t>[Téléphone] – [Courriel]</w:t>
      </w:r>
      <w:r w:rsidRPr="00AE0040">
        <w:rPr>
          <w:lang w:val="fr-FR"/>
        </w:rPr>
        <w:br/>
      </w:r>
      <w:r w:rsidRPr="00AE0040">
        <w:rPr>
          <w:lang w:val="fr-FR"/>
        </w:rPr>
        <w:br/>
        <w:t>N/Réf. : [●]</w:t>
      </w:r>
      <w:r w:rsidRPr="00AE0040">
        <w:rPr>
          <w:lang w:val="fr-FR"/>
        </w:rPr>
        <w:br/>
        <w:t>V/Réf. : [●]</w:t>
      </w:r>
      <w:r w:rsidRPr="00AE0040">
        <w:rPr>
          <w:lang w:val="fr-FR"/>
        </w:rPr>
        <w:br/>
        <w:t>Sinistre n° : [●]</w:t>
      </w:r>
      <w:r w:rsidRPr="00AE0040">
        <w:rPr>
          <w:lang w:val="fr-FR"/>
        </w:rPr>
        <w:br/>
        <w:t>Contrat d’assurance n° : [●]</w:t>
      </w:r>
      <w:r w:rsidRPr="00AE0040">
        <w:rPr>
          <w:lang w:val="fr-FR"/>
        </w:rPr>
        <w:br/>
        <w:t>Immeuble / local : [adresse complète]</w:t>
      </w:r>
      <w:r w:rsidRPr="00AE0040">
        <w:rPr>
          <w:lang w:val="fr-FR"/>
        </w:rPr>
        <w:br/>
      </w:r>
      <w:r w:rsidRPr="00AE0040">
        <w:rPr>
          <w:lang w:val="fr-FR"/>
        </w:rPr>
        <w:br/>
        <w:t>À l’attention de la direction générale de [ASSUREUR]</w:t>
      </w:r>
      <w:r w:rsidRPr="00AE0040">
        <w:rPr>
          <w:lang w:val="fr-FR"/>
        </w:rPr>
        <w:br/>
        <w:t>[Adresse / courriel]</w:t>
      </w:r>
    </w:p>
    <w:p w14:paraId="771A9948" w14:textId="77777777" w:rsidR="00883504" w:rsidRPr="00AE0040" w:rsidRDefault="00000000">
      <w:pPr>
        <w:rPr>
          <w:lang w:val="fr-FR"/>
        </w:rPr>
      </w:pPr>
      <w:r w:rsidRPr="00AE0040">
        <w:rPr>
          <w:b/>
          <w:lang w:val="fr-FR"/>
        </w:rPr>
        <w:t>Par LRAR et par courriel</w:t>
      </w:r>
    </w:p>
    <w:p w14:paraId="46675734" w14:textId="57E69CEC" w:rsidR="00883504" w:rsidRPr="00AE0040" w:rsidRDefault="00000000">
      <w:pPr>
        <w:rPr>
          <w:lang w:val="fr-FR"/>
        </w:rPr>
      </w:pPr>
      <w:r w:rsidRPr="00AE0040">
        <w:rPr>
          <w:b/>
          <w:lang w:val="fr-FR"/>
        </w:rPr>
        <w:t>Références textuelles et jurisprudentielles</w:t>
      </w:r>
      <w:r w:rsidR="00F966E2">
        <w:rPr>
          <w:b/>
          <w:lang w:val="fr-FR"/>
        </w:rPr>
        <w:t> : (</w:t>
      </w:r>
      <w:hyperlink r:id="rId28">
        <w:r w:rsidRPr="00AE0040">
          <w:rPr>
            <w:color w:val="0563C1"/>
            <w:u w:val="single"/>
            <w:lang w:val="fr-FR"/>
          </w:rPr>
          <w:t>Article L. 114-1 du code des assurances</w:t>
        </w:r>
      </w:hyperlink>
    </w:p>
    <w:p w14:paraId="7DDA550A" w14:textId="07D121CF" w:rsidR="00883504" w:rsidRPr="00F966E2" w:rsidRDefault="00000000">
      <w:pPr>
        <w:rPr>
          <w:lang w:val="fr-FR"/>
        </w:rPr>
      </w:pPr>
      <w:hyperlink r:id="rId29">
        <w:r w:rsidRPr="00AE0040">
          <w:rPr>
            <w:color w:val="0563C1"/>
            <w:u w:val="single"/>
            <w:lang w:val="fr-FR"/>
          </w:rPr>
          <w:t>Article L. 12-11-1 du code des assurances</w:t>
        </w:r>
      </w:hyperlink>
      <w:r w:rsidR="00F966E2" w:rsidRPr="00F966E2">
        <w:rPr>
          <w:lang w:val="fr-FR"/>
        </w:rPr>
        <w:t>,</w:t>
      </w:r>
      <w:r w:rsidR="00F966E2">
        <w:rPr>
          <w:lang w:val="fr-FR"/>
        </w:rPr>
        <w:t xml:space="preserve"> </w:t>
      </w:r>
      <w:hyperlink r:id="rId30">
        <w:r w:rsidRPr="00AE0040">
          <w:rPr>
            <w:color w:val="0563C1"/>
            <w:u w:val="single"/>
            <w:lang w:val="fr-FR"/>
          </w:rPr>
          <w:t>Cass. 3e civ., 5 octobre 2010, n° 09-69.904 et 09-69.934</w:t>
        </w:r>
      </w:hyperlink>
      <w:r w:rsidR="00F966E2" w:rsidRPr="00F966E2">
        <w:rPr>
          <w:lang w:val="fr-FR"/>
        </w:rPr>
        <w:t>)</w:t>
      </w:r>
    </w:p>
    <w:p w14:paraId="3BFD6EFF" w14:textId="77777777" w:rsidR="00883504" w:rsidRPr="00AE0040" w:rsidRDefault="00000000" w:rsidP="00F966E2">
      <w:pPr>
        <w:jc w:val="both"/>
        <w:rPr>
          <w:lang w:val="fr-FR"/>
        </w:rPr>
      </w:pPr>
      <w:r w:rsidRPr="00AE0040">
        <w:rPr>
          <w:lang w:val="fr-FR"/>
        </w:rPr>
        <w:t>Le retard imputable à l’assureur dans l’exécution de ses obligations peut constituer, s’il est établi, un préjudice distinct de celui réparé au titre de la police (Cass. 3e civ., 5 octobre 2010, n° 09-69.904 et 09-69.934).</w:t>
      </w:r>
    </w:p>
    <w:p w14:paraId="04980AFA" w14:textId="77777777" w:rsidR="00883504" w:rsidRPr="00AE0040" w:rsidRDefault="00883504" w:rsidP="00F966E2">
      <w:pPr>
        <w:jc w:val="both"/>
        <w:rPr>
          <w:lang w:val="fr-FR"/>
        </w:rPr>
      </w:pPr>
    </w:p>
    <w:p w14:paraId="57E9C03B" w14:textId="77777777" w:rsidR="00883504" w:rsidRPr="00AE0040" w:rsidRDefault="00000000" w:rsidP="00F966E2">
      <w:pPr>
        <w:jc w:val="both"/>
        <w:rPr>
          <w:lang w:val="fr-FR"/>
        </w:rPr>
      </w:pPr>
      <w:r w:rsidRPr="00AE0040">
        <w:rPr>
          <w:lang w:val="fr-FR"/>
        </w:rPr>
        <w:t>Madame, Monsieur,</w:t>
      </w:r>
    </w:p>
    <w:p w14:paraId="3D80861A" w14:textId="77777777" w:rsidR="00883504" w:rsidRPr="00AE0040" w:rsidRDefault="00000000" w:rsidP="00F966E2">
      <w:pPr>
        <w:jc w:val="both"/>
        <w:rPr>
          <w:lang w:val="fr-FR"/>
        </w:rPr>
      </w:pPr>
      <w:r w:rsidRPr="00AE0040">
        <w:rPr>
          <w:lang w:val="fr-FR"/>
        </w:rPr>
        <w:t>Malgré mes courriers des [dates] et la communication des pièces demandées, je n’ai pas reçu [de prise de position motivée / de date d’expertise / de règlement] concernant le sinistre n° [●]. Les dommages et besoins de sécurisation demeurent pourtant documentés.</w:t>
      </w:r>
    </w:p>
    <w:p w14:paraId="06A57827" w14:textId="77777777" w:rsidR="00883504" w:rsidRPr="00AE0040" w:rsidRDefault="00000000" w:rsidP="00F966E2">
      <w:pPr>
        <w:jc w:val="both"/>
        <w:rPr>
          <w:lang w:val="fr-FR"/>
        </w:rPr>
      </w:pPr>
      <w:r w:rsidRPr="00AE0040">
        <w:rPr>
          <w:lang w:val="fr-FR"/>
        </w:rPr>
        <w:t>Je vous mets en demeure de prendre une position de garantie motivée et, pour les postes non sérieusement contestables, de verser une provision de [●] euros dans un délai de [15] jours à compter de la réception de la présente. À défaut, je me réserve le droit de mettre en œuvre toute voie amiable ou judiciaire utile, intérêts et frais compris.</w:t>
      </w:r>
    </w:p>
    <w:p w14:paraId="14FF2871" w14:textId="77777777" w:rsidR="00883504" w:rsidRPr="00AE0040" w:rsidRDefault="00000000" w:rsidP="00F966E2">
      <w:pPr>
        <w:jc w:val="both"/>
        <w:rPr>
          <w:lang w:val="fr-FR"/>
        </w:rPr>
      </w:pPr>
      <w:r w:rsidRPr="00AE0040">
        <w:rPr>
          <w:lang w:val="fr-FR"/>
        </w:rPr>
        <w:t>La présente interrompt, le cas échéant, la prescription dans les conditions légales, sous réserve de l’appréciation du juge.</w:t>
      </w:r>
    </w:p>
    <w:p w14:paraId="1BBF3A57" w14:textId="77777777" w:rsidR="00883504" w:rsidRDefault="00000000" w:rsidP="00F966E2">
      <w:pPr>
        <w:jc w:val="both"/>
      </w:pPr>
      <w:r w:rsidRPr="00AE0040">
        <w:rPr>
          <w:lang w:val="fr-FR"/>
        </w:rPr>
        <w:lastRenderedPageBreak/>
        <w:t>Je vous prie d’agréer, [Madame / Monsieur], l’expression de mes salutations distinguées.</w:t>
      </w:r>
      <w:r w:rsidRPr="00AE0040">
        <w:rPr>
          <w:lang w:val="fr-FR"/>
        </w:rPr>
        <w:br/>
      </w:r>
      <w:r w:rsidRPr="00AE0040">
        <w:rPr>
          <w:lang w:val="fr-FR"/>
        </w:rPr>
        <w:br/>
      </w:r>
      <w:r>
        <w:t>[Signature]</w:t>
      </w:r>
    </w:p>
    <w:sectPr w:rsidR="00883504" w:rsidSect="00034616">
      <w:pgSz w:w="12240" w:h="15840"/>
      <w:pgMar w:top="1080"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2073842101">
    <w:abstractNumId w:val="8"/>
  </w:num>
  <w:num w:numId="2" w16cid:durableId="2089185267">
    <w:abstractNumId w:val="6"/>
  </w:num>
  <w:num w:numId="3" w16cid:durableId="301690024">
    <w:abstractNumId w:val="5"/>
  </w:num>
  <w:num w:numId="4" w16cid:durableId="256209567">
    <w:abstractNumId w:val="4"/>
  </w:num>
  <w:num w:numId="5" w16cid:durableId="1701660494">
    <w:abstractNumId w:val="7"/>
  </w:num>
  <w:num w:numId="6" w16cid:durableId="1688021378">
    <w:abstractNumId w:val="3"/>
  </w:num>
  <w:num w:numId="7" w16cid:durableId="755631669">
    <w:abstractNumId w:val="2"/>
  </w:num>
  <w:num w:numId="8" w16cid:durableId="1471049668">
    <w:abstractNumId w:val="1"/>
  </w:num>
  <w:num w:numId="9" w16cid:durableId="1727699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60BB8"/>
    <w:rsid w:val="0029639D"/>
    <w:rsid w:val="00326F90"/>
    <w:rsid w:val="00883504"/>
    <w:rsid w:val="00AA1D8D"/>
    <w:rsid w:val="00AE0040"/>
    <w:rsid w:val="00B47730"/>
    <w:rsid w:val="00CB0664"/>
    <w:rsid w:val="00F966E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5BBB851"/>
  <w14:defaultImageDpi w14:val="300"/>
  <w15:docId w15:val="{3CB1FA83-463E-4658-BF0C-2FB2F7DDE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Times New Roman" w:hAnsi="Times New Roman"/>
      <w:sz w:val="26"/>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sz w:val="30"/>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spacing w:after="300" w:line="240" w:lineRule="auto"/>
      <w:contextualSpacing/>
    </w:pPr>
    <w:rPr>
      <w:rFonts w:asciiTheme="majorHAnsi" w:eastAsiaTheme="majorEastAsia" w:hAnsiTheme="majorHAnsi" w:cstheme="majorBidi"/>
      <w:b/>
      <w:spacing w:val="5"/>
      <w:kern w:val="28"/>
      <w:sz w:val="36"/>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ind w:left="360"/>
      <w:contextualSpacing/>
    </w:pPr>
  </w:style>
  <w:style w:type="paragraph" w:styleId="Listecontinue2">
    <w:name w:val="List Continue 2"/>
    <w:basedOn w:val="Normal"/>
    <w:uiPriority w:val="99"/>
    <w:unhideWhenUsed/>
    <w:rsid w:val="0029639D"/>
    <w:pPr>
      <w:ind w:left="720"/>
      <w:contextualSpacing/>
    </w:pPr>
  </w:style>
  <w:style w:type="paragraph" w:styleId="Listecontinue3">
    <w:name w:val="List Continue 3"/>
    <w:basedOn w:val="Normal"/>
    <w:uiPriority w:val="99"/>
    <w:unhideWhenUsed/>
    <w:rsid w:val="0029639D"/>
    <w:pPr>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gifrance.gouv.fr/codes/article_lc/LEGIARTI000006792053" TargetMode="External"/><Relationship Id="rId13" Type="http://schemas.openxmlformats.org/officeDocument/2006/relationships/hyperlink" Target="https://www.legifrance.gouv.fr/codes/article_lc/LEGIARTI000039293693" TargetMode="External"/><Relationship Id="rId18" Type="http://schemas.openxmlformats.org/officeDocument/2006/relationships/hyperlink" Target="https://www.legifrance.gouv.fr/codes/article_lc/LEGIARTI000006792053" TargetMode="External"/><Relationship Id="rId26" Type="http://schemas.openxmlformats.org/officeDocument/2006/relationships/hyperlink" Target="https://www.legifrance.gouv.fr/codes/article_lc/LEGIARTI000006792053" TargetMode="External"/><Relationship Id="rId3" Type="http://schemas.openxmlformats.org/officeDocument/2006/relationships/styles" Target="styles.xml"/><Relationship Id="rId21" Type="http://schemas.openxmlformats.org/officeDocument/2006/relationships/hyperlink" Target="https://www.legifrance.gouv.fr/ceta/id/CETATEXT000049478600" TargetMode="External"/><Relationship Id="rId7" Type="http://schemas.openxmlformats.org/officeDocument/2006/relationships/hyperlink" Target="https://www.legifrance.gouv.fr/codes/article_lc/LEGIARTI000053548356" TargetMode="External"/><Relationship Id="rId12" Type="http://schemas.openxmlformats.org/officeDocument/2006/relationships/hyperlink" Target="https://www.legifrance.gouv.fr/codes/article_lc/LEGIARTI000020465369" TargetMode="External"/><Relationship Id="rId17" Type="http://schemas.openxmlformats.org/officeDocument/2006/relationships/hyperlink" Target="https://www.legifrance.gouv.fr/codes/article_lc/LEGIARTI000006792002" TargetMode="External"/><Relationship Id="rId25" Type="http://schemas.openxmlformats.org/officeDocument/2006/relationships/hyperlink" Target="https://www.legifrance.gouv.fr/codes/article_lc/LEGIARTI000006792048" TargetMode="External"/><Relationship Id="rId2" Type="http://schemas.openxmlformats.org/officeDocument/2006/relationships/numbering" Target="numbering.xml"/><Relationship Id="rId16" Type="http://schemas.openxmlformats.org/officeDocument/2006/relationships/hyperlink" Target="https://www.legifrance.gouv.fr/codes/article_lc/LEGIARTI000053548356" TargetMode="External"/><Relationship Id="rId20" Type="http://schemas.openxmlformats.org/officeDocument/2006/relationships/hyperlink" Target="https://www.legifrance.gouv.fr/codes/article_lc/LEGIARTI000025507940" TargetMode="External"/><Relationship Id="rId29" Type="http://schemas.openxmlformats.org/officeDocument/2006/relationships/hyperlink" Target="https://www.legifrance.gouv.fr/codes/article_lc/LEGIARTI000053548356" TargetMode="External"/><Relationship Id="rId1" Type="http://schemas.openxmlformats.org/officeDocument/2006/relationships/customXml" Target="../customXml/item1.xml"/><Relationship Id="rId6" Type="http://schemas.openxmlformats.org/officeDocument/2006/relationships/hyperlink" Target="https://www.legifrance.gouv.fr/codes/article_lc/LEGIARTI000039293693" TargetMode="External"/><Relationship Id="rId11" Type="http://schemas.openxmlformats.org/officeDocument/2006/relationships/hyperlink" Target="https://www.legifrance.gouv.fr/codes/article_lc/LEGIARTI000039293693" TargetMode="External"/><Relationship Id="rId24" Type="http://schemas.openxmlformats.org/officeDocument/2006/relationships/hyperlink" Target="https://www.legifrance.gouv.fr/codes/article_lc/LEGIARTI000006792002"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legifrance.gouv.fr/codes/article_lc/LEGIARTI000039293693" TargetMode="External"/><Relationship Id="rId23" Type="http://schemas.openxmlformats.org/officeDocument/2006/relationships/hyperlink" Target="https://www.conseil-etat.fr/fr/arianeweb/CE/decision/2026-06-26/504145" TargetMode="External"/><Relationship Id="rId28" Type="http://schemas.openxmlformats.org/officeDocument/2006/relationships/hyperlink" Target="https://www.legifrance.gouv.fr/codes/article_lc/LEGIARTI000006792053" TargetMode="External"/><Relationship Id="rId10" Type="http://schemas.openxmlformats.org/officeDocument/2006/relationships/hyperlink" Target="https://www.legifrance.gouv.fr/codes/article_lc/LEGIARTI000053548356" TargetMode="External"/><Relationship Id="rId19" Type="http://schemas.openxmlformats.org/officeDocument/2006/relationships/hyperlink" Target="https://www.legifrance.gouv.fr/juri/id/JURITEXT000031865797"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legifrance.gouv.fr/codes/article_lc/LEGIARTI000039293693" TargetMode="External"/><Relationship Id="rId14" Type="http://schemas.openxmlformats.org/officeDocument/2006/relationships/hyperlink" Target="https://www.legifrance.gouv.fr/codes/article_lc/LEGIARTI000020465369" TargetMode="External"/><Relationship Id="rId22" Type="http://schemas.openxmlformats.org/officeDocument/2006/relationships/hyperlink" Target="https://www.legifrance.gouv.fr/juri/id/CETATEXT000046503026" TargetMode="External"/><Relationship Id="rId27" Type="http://schemas.openxmlformats.org/officeDocument/2006/relationships/hyperlink" Target="https://www.legifrance.gouv.fr/juri/id/JURITEXT000047700845" TargetMode="External"/><Relationship Id="rId30" Type="http://schemas.openxmlformats.org/officeDocument/2006/relationships/hyperlink" Target="https://www.legifrance.gouv.fr/juri/id/JURITEXT0000229067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2593</Words>
  <Characters>14262</Characters>
  <Application>Microsoft Office Word</Application>
  <DocSecurity>0</DocSecurity>
  <Lines>118</Lines>
  <Paragraphs>33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16822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Gabriel Neu-Janicki</cp:lastModifiedBy>
  <cp:revision>2</cp:revision>
  <dcterms:created xsi:type="dcterms:W3CDTF">2013-12-23T23:15:00Z</dcterms:created>
  <dcterms:modified xsi:type="dcterms:W3CDTF">2026-10-18T12:37:00Z</dcterms:modified>
  <cp:category/>
</cp:coreProperties>
</file>